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sz w:val="28"/>
        </w:rPr>
        <w:t>АКТ ПРИЁМА-ПЕРЕДАЧИ ЖИЛОГО ДОМА ПРИ ДЛИТЕЛЬНОЙ АРЕНДЕ</w:t>
      </w:r>
    </w:p>
    <w:p>
      <w:pPr>
        <w:spacing w:before="0" w:after="120"/>
        <w:jc w:val="center"/>
      </w:pPr>
      <w:r>
        <w:rPr>
          <w:b w:val="0"/>
          <w:i/>
          <w:color w:val="777777"/>
          <w:sz w:val="18"/>
        </w:rPr>
        <w:t>Для сдачи на месяц и более: обязательные показания счётчиков, опись по комнатам, порядок оплаты коммунальных услуг.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32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40" w:after="60"/>
      </w:pPr>
      <w:r>
        <w:rPr>
          <w:b/>
          <w:i w:val="0"/>
          <w:color w:val="1E6B45"/>
          <w:sz w:val="23"/>
        </w:rPr>
        <w:t>1. Стороны</w:t>
      </w:r>
    </w:p>
    <w:p>
      <w:pPr>
        <w:spacing w:before="80" w:after="60"/>
      </w:pPr>
      <w:r>
        <w:rPr>
          <w:b/>
          <w:i w:val="0"/>
          <w:sz w:val="20"/>
        </w:rPr>
        <w:t>Наймодатель (владелец):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80" w:after="60"/>
      </w:pPr>
      <w:r>
        <w:rPr>
          <w:b/>
          <w:i w:val="0"/>
          <w:sz w:val="20"/>
        </w:rPr>
        <w:t>Наниматель (гость):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2. Объект и срок найма</w:t>
      </w:r>
    </w:p>
    <w:p>
      <w:pPr>
        <w:spacing w:before="0" w:after="60"/>
      </w:pPr>
      <w:r>
        <w:rPr>
          <w:b w:val="0"/>
          <w:i w:val="0"/>
          <w:sz w:val="20"/>
        </w:rPr>
        <w:t>Адрес объекта: 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Общая площадь ______ м², количество комнат ______, участок ______ соток.</w:t>
      </w:r>
    </w:p>
    <w:p>
      <w:pPr>
        <w:spacing w:before="0" w:after="60"/>
      </w:pPr>
      <w:r>
        <w:rPr>
          <w:b w:val="0"/>
          <w:i w:val="0"/>
          <w:sz w:val="20"/>
        </w:rPr>
        <w:t>Срок найма: с «____» __________ 20____ г. по «____» __________ 20____ г.</w:t>
      </w:r>
    </w:p>
    <w:p>
      <w:pPr>
        <w:spacing w:before="0" w:after="60"/>
      </w:pPr>
      <w:r>
        <w:rPr>
          <w:b w:val="0"/>
          <w:i w:val="0"/>
          <w:sz w:val="20"/>
        </w:rPr>
        <w:t>Количество проживающих: ______ чел. Домашние животные: есть / нет (какие) ____________________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3. Ключи и доступы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419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передано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возвращено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Отметка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входной двери дома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/ брелок от ворот, калитки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бани / хозблока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Пульт от ворот / шлагбаума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Код домофона, замка, сигнализации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Данные Wi-Fi (сеть / пароль)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4. Показания приборов учёта на дату передачи (обязательный раздел)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8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Прибор учёта</w:t>
            </w:r>
          </w:p>
        </w:tc>
        <w:tc>
          <w:tcPr>
            <w:tcW w:type="dxa" w:w="158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 счётчика</w:t>
            </w:r>
          </w:p>
        </w:tc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Показания при заезде</w:t>
            </w:r>
          </w:p>
        </w:tc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Показания при выезде</w:t>
            </w:r>
          </w:p>
        </w:tc>
        <w:tc>
          <w:tcPr>
            <w:tcW w:type="dxa" w:w="158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Расход</w:t>
            </w:r>
          </w:p>
        </w:tc>
      </w:tr>
      <w:tr>
        <w:tc>
          <w:tcPr>
            <w:tcW w:type="dxa" w:w="28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Электроэнергия, кВт·ч (день)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8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Электроэнергия, кВт·ч (ночь)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8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Холодная вода, м³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8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Горячая вода, м³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8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Газ, м³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20"/>
        </w:rPr>
        <w:t>Порядок оплаты коммунальных услуг: включены в плату / оплачиваются Нанимателем по счётчикам дополнительно (нужное подчеркнуть).</w:t>
      </w:r>
    </w:p>
    <w:p>
      <w:pPr>
        <w:spacing w:before="0" w:after="60"/>
      </w:pPr>
      <w:r>
        <w:rPr>
          <w:b w:val="0"/>
          <w:i w:val="0"/>
          <w:sz w:val="20"/>
        </w:rPr>
        <w:t>Показания фиксируются фотографией счётчиков, фото прилагается к акту и направляется сторонам в мессенджер.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5. Опись имущества по помещениям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26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Помещение</w:t>
            </w:r>
          </w:p>
        </w:tc>
        <w:tc>
          <w:tcPr>
            <w:tcW w:type="dxa" w:w="3742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Мебель и техника (перечислить)</w:t>
            </w:r>
          </w:p>
        </w:tc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заезде</w:t>
            </w:r>
          </w:p>
        </w:tc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выезде</w:t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Прихожая / холл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Гостиная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Кухня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Спальня № 1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Спальня № 2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Детская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Санузел № 1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Санузел № 2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Котельная / технич. помещение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Терраса / веранда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Участок, хозпостройки</w:t>
            </w:r>
          </w:p>
        </w:tc>
        <w:tc>
          <w:tcPr>
            <w:tcW w:type="dxa" w:w="374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6. Инженерные системы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317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Система</w:t>
            </w:r>
          </w:p>
        </w:tc>
        <w:tc>
          <w:tcPr>
            <w:tcW w:type="dxa" w:w="226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Марка / модель</w:t>
            </w:r>
          </w:p>
        </w:tc>
        <w:tc>
          <w:tcPr>
            <w:tcW w:type="dxa" w:w="221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заезде</w:t>
            </w:r>
          </w:p>
        </w:tc>
        <w:tc>
          <w:tcPr>
            <w:tcW w:type="dxa" w:w="221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выезде</w:t>
            </w:r>
          </w:p>
        </w:tc>
      </w:tr>
      <w:tr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Отопительный котёл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Система водоснабжения, насос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Септик / канализация (дата последней откачки)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Электрощит, УЗО, автоматы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Вентиляция, дымоходы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Ворота, автоматика, забор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7. Дефекты на момент передачи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226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Помещение / зона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Описание имеющегося дефекта</w:t>
            </w:r>
          </w:p>
        </w:tc>
        <w:tc>
          <w:tcPr>
            <w:tcW w:type="dxa" w:w="164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Фото сделано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8. Обеспечительный платёж (залог)</w:t>
      </w:r>
    </w:p>
    <w:p>
      <w:pPr>
        <w:spacing w:before="0" w:after="60"/>
      </w:pPr>
      <w:r>
        <w:rPr>
          <w:b w:val="0"/>
          <w:i w:val="0"/>
          <w:sz w:val="20"/>
        </w:rPr>
        <w:t>Сумма обеспечительного платежа (залога): ____________________ руб. (__________________________________ руб.)</w:t>
      </w:r>
    </w:p>
    <w:p>
      <w:pPr>
        <w:spacing w:before="0" w:after="60"/>
      </w:pPr>
      <w:r>
        <w:rPr>
          <w:b w:val="0"/>
          <w:i w:val="0"/>
          <w:sz w:val="20"/>
        </w:rPr>
        <w:t>Форма получения: наличными / переводом на карту / переводом по СБП (нужное подчеркнуть). Дата получения: «____» __________ 20____ г.</w:t>
      </w:r>
    </w:p>
    <w:p>
      <w:pPr>
        <w:spacing w:before="0" w:after="60"/>
      </w:pPr>
      <w:r>
        <w:rPr>
          <w:b w:val="0"/>
          <w:i w:val="0"/>
          <w:sz w:val="20"/>
        </w:rPr>
        <w:t>Залог возвращается Нанимателю в течение ______ часов после освобождения дома и его осмотра, при отсутствии претензий Наймодателя.</w:t>
      </w:r>
    </w:p>
    <w:p>
      <w:pPr>
        <w:spacing w:before="0" w:after="60"/>
      </w:pPr>
      <w:r>
        <w:rPr>
          <w:b w:val="0"/>
          <w:i w:val="0"/>
          <w:sz w:val="20"/>
        </w:rPr>
        <w:t>Из залога удерживается стоимость повреждённого, испорченного или утраченного имущества, а также стоимость дополнительной уборки, если это предусмотрено договором.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9. Подписи сторон при передаче дома</w:t>
      </w:r>
    </w:p>
    <w:p>
      <w:pPr>
        <w:spacing w:before="80" w:after="60"/>
        <w:jc w:val="both"/>
      </w:pPr>
      <w:r>
        <w:rPr>
          <w:b w:val="0"/>
          <w:i w:val="0"/>
          <w:sz w:val="20"/>
        </w:rPr>
        <w:t>Дом, ключи и имущество, указанные в настоящем акте, переданы Нанимателю. Наниматель осмотрел дом и имущество. Претензий к состоянию дома и имущества, кроме дефектов, перечисленных в разделе «Дефекты на момент заезда», стороны не имеют.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60"/>
      </w:pPr>
      <w:r>
        <w:rPr>
          <w:b/>
          <w:i w:val="0"/>
          <w:color w:val="1E6B45"/>
          <w:sz w:val="23"/>
        </w:rPr>
        <w:t>10. Возврат дома по окончании найма</w:t>
      </w:r>
    </w:p>
    <w:p>
      <w:pPr>
        <w:spacing w:before="0" w:after="60"/>
      </w:pPr>
      <w:r>
        <w:rPr>
          <w:b w:val="0"/>
          <w:i w:val="0"/>
          <w:sz w:val="20"/>
        </w:rPr>
        <w:t>Дата и время фактического освобождения дома: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>Дом возвращён Наймодателю в состоянии:</w:t>
      </w:r>
    </w:p>
    <w:p>
      <w:pPr>
        <w:spacing w:before="0" w:after="60"/>
      </w:pPr>
      <w:r>
        <w:rPr>
          <w:b w:val="0"/>
          <w:i w:val="0"/>
          <w:sz w:val="20"/>
        </w:rPr>
        <w:t>☐  соответствует состоянию при заезде, претензий нет;</w:t>
      </w:r>
    </w:p>
    <w:p>
      <w:pPr>
        <w:spacing w:before="0" w:after="60"/>
      </w:pPr>
      <w:r>
        <w:rPr>
          <w:b w:val="0"/>
          <w:i w:val="0"/>
          <w:sz w:val="20"/>
        </w:rPr>
        <w:t>☐  имеются замечания — перечислены ниже.</w:t>
      </w:r>
    </w:p>
    <w:p>
      <w:pPr>
        <w:spacing w:before="0" w:after="60"/>
      </w:pPr>
      <w:r>
        <w:rPr>
          <w:b w:val="0"/>
          <w:i w:val="0"/>
          <w:sz w:val="20"/>
        </w:rPr>
        <w:t>Ключи возвращены в количестве ______ шт. Показания счётчиков сняты (см. раздел выше).</w:t>
      </w:r>
    </w:p>
    <w:p>
      <w:pPr>
        <w:spacing w:before="0" w:after="60"/>
      </w:pPr>
      <w:r>
        <w:rPr>
          <w:b w:val="0"/>
          <w:i w:val="0"/>
          <w:sz w:val="20"/>
        </w:rPr>
        <w:t>Задолженность по коммунальным платежам на дату возврата: отсутствует / составляет ____________ руб.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11. Замечания и расчёт удержания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Что повреждено / утрачено / загрязнено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Стоимость восстановления, ₽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/>
          <w:i w:val="0"/>
          <w:sz w:val="20"/>
        </w:rPr>
        <w:t>ИТОГО к удержанию из залога: ____________________ руб.</w:t>
      </w:r>
    </w:p>
    <w:p>
      <w:pPr>
        <w:spacing w:before="0" w:after="60"/>
      </w:pPr>
      <w:r>
        <w:rPr>
          <w:b/>
          <w:i w:val="0"/>
          <w:sz w:val="20"/>
        </w:rPr>
        <w:t>К возврату Нанимателю: ____________________ руб.</w:t>
      </w:r>
    </w:p>
    <w:p>
      <w:pPr>
        <w:spacing w:before="0" w:after="60"/>
      </w:pPr>
      <w:r>
        <w:rPr>
          <w:b w:val="0"/>
          <w:i w:val="0"/>
          <w:sz w:val="20"/>
        </w:rPr>
        <w:t>Залог возвращён: полностью / частично в сумме ____________ руб. / удержан полностью (нужное подчеркнуть).</w:t>
      </w:r>
    </w:p>
    <w:p>
      <w:pPr>
        <w:spacing w:before="0" w:after="60"/>
      </w:pPr>
      <w:r>
        <w:rPr>
          <w:b w:val="0"/>
          <w:i w:val="0"/>
          <w:sz w:val="20"/>
        </w:rPr>
        <w:t>Способ возврата: наличными / переводом. Дата возврата: «____» __________ 20____ г.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12. Подписи сторон при возврате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12"/>
        </w:rPr>
      </w:r>
    </w:p>
    <w:p>
      <w:pPr>
        <w:spacing w:before="120" w:after="60"/>
        <w:jc w:val="center"/>
      </w:pPr>
      <w:r>
        <w:rPr>
          <w:b w:val="0"/>
          <w:i w:val="0"/>
          <w:color w:val="1E6B45"/>
          <w:sz w:val="16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Скачать другие бланки: smiledom.ru/blog/akt-priema-peredachi-doma-posutochno-obrazec</w:t>
      </w:r>
    </w:p>
    <w:p>
      <w:pPr>
        <w:spacing w:before="0" w:after="60"/>
        <w:jc w:val="both"/>
      </w:pPr>
      <w:r>
        <w:rPr>
          <w:b w:val="0"/>
          <w:i/>
          <w:color w:val="777777"/>
          <w:sz w:val="15"/>
        </w:rPr>
        <w:t xml:space="preserve">Документ носит информационный характер и не является юридической консультацией. Это типовой бланк: проверьте его под свою ситуацию, а для нестандартных случаев (дорогая недвижимость, арендатор — юридическое лицо, спор в суде) обратитесь к юристу. 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