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b/>
          <w:i w:val="0"/>
          <w:sz w:val="28"/>
        </w:rPr>
        <w:t>АКТ ПРИЁМА-ПЕРЕДАЧИ ДОМА С БАНЕЙ, КУПЕЛЬЮ И БАССЕЙНОМ</w:t>
      </w:r>
    </w:p>
    <w:p>
      <w:pPr>
        <w:spacing w:before="0" w:after="120"/>
        <w:jc w:val="center"/>
      </w:pPr>
      <w:r>
        <w:rPr>
          <w:b w:val="0"/>
          <w:i/>
          <w:color w:val="777777"/>
          <w:sz w:val="18"/>
        </w:rPr>
        <w:t>Расширенная опись для домов с банным комплексом. Приложение к договору посуточной аренды от «____» ______ 20____ г.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20"/>
              </w:rPr>
              <w:t>г. ______________________</w:t>
            </w:r>
          </w:p>
        </w:tc>
        <w:tc>
          <w:tcPr>
            <w:tcW w:type="dxa" w:w="4932"/>
          </w:tcPr>
          <w:p>
            <w:pPr>
              <w:spacing w:before="20" w:after="20"/>
              <w:jc w:val="right"/>
            </w:pPr>
            <w:r/>
            <w:r>
              <w:rPr>
                <w:rFonts w:ascii="Times New Roman" w:hAnsi="Times New Roman"/>
                <w:b w:val="0"/>
                <w:sz w:val="20"/>
              </w:rPr>
              <w:t>«____» ________________ 20____ г.</w:t>
            </w:r>
          </w:p>
        </w:tc>
      </w:tr>
    </w:tbl>
    <w:p>
      <w:pPr>
        <w:spacing w:after="40"/>
      </w:pPr>
    </w:p>
    <w:p>
      <w:pPr>
        <w:spacing w:before="40" w:after="60"/>
      </w:pPr>
      <w:r>
        <w:rPr>
          <w:b/>
          <w:i w:val="0"/>
          <w:color w:val="1E6B45"/>
          <w:sz w:val="23"/>
        </w:rPr>
        <w:t>1. Стороны</w:t>
      </w:r>
    </w:p>
    <w:p>
      <w:pPr>
        <w:spacing w:before="80" w:after="60"/>
      </w:pPr>
      <w:r>
        <w:rPr>
          <w:b/>
          <w:i w:val="0"/>
          <w:sz w:val="20"/>
        </w:rPr>
        <w:t>Наймодатель (владелец):</w:t>
      </w:r>
    </w:p>
    <w:p>
      <w:pPr>
        <w:spacing w:before="0" w:after="60"/>
      </w:pPr>
      <w:r>
        <w:rPr>
          <w:b w:val="0"/>
          <w:i w:val="0"/>
          <w:sz w:val="20"/>
        </w:rPr>
        <w:t>ФИО ____________________________________________________________________________________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Паспорт: серия ________ № ______________, выдан 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Телефон ____________________________  E-mail ________________________________________________</w:t>
      </w:r>
    </w:p>
    <w:p>
      <w:pPr>
        <w:spacing w:before="80" w:after="60"/>
      </w:pPr>
      <w:r>
        <w:rPr>
          <w:b/>
          <w:i w:val="0"/>
          <w:sz w:val="20"/>
        </w:rPr>
        <w:t>Наниматель (гость):</w:t>
      </w:r>
    </w:p>
    <w:p>
      <w:pPr>
        <w:spacing w:before="0" w:after="60"/>
      </w:pPr>
      <w:r>
        <w:rPr>
          <w:b w:val="0"/>
          <w:i w:val="0"/>
          <w:sz w:val="20"/>
        </w:rPr>
        <w:t>ФИО ____________________________________________________________________________________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Паспорт: серия ________ № ______________, выдан 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Телефон ____________________________  E-mail ________________________________________________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2. Объект</w:t>
      </w:r>
    </w:p>
    <w:p>
      <w:pPr>
        <w:spacing w:before="80" w:after="60"/>
      </w:pPr>
      <w:r>
        <w:rPr>
          <w:b w:val="0"/>
          <w:i w:val="0"/>
          <w:sz w:val="20"/>
        </w:rPr>
        <w:t>Адрес объекта: ____________________________________________________________________________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Тип объекта: жилой дом с баней / сауной / купелью-чаном / бассейном (нужное подчеркнуть)</w:t>
      </w:r>
    </w:p>
    <w:p>
      <w:pPr>
        <w:spacing w:before="0" w:after="60"/>
      </w:pPr>
      <w:r>
        <w:rPr>
          <w:b w:val="0"/>
          <w:i w:val="0"/>
          <w:sz w:val="20"/>
        </w:rPr>
        <w:t>Период проживания: с «____» __________ 20____ г. ______ ч. ______ мин.</w:t>
      </w:r>
    </w:p>
    <w:p>
      <w:pPr>
        <w:spacing w:before="0" w:after="60"/>
      </w:pPr>
      <w:r>
        <w:rPr>
          <w:b w:val="0"/>
          <w:i w:val="0"/>
          <w:sz w:val="20"/>
        </w:rPr>
        <w:t xml:space="preserve">                                по «____» __________ 20____ г. ______ ч. ______ мин.</w:t>
      </w:r>
    </w:p>
    <w:p>
      <w:pPr>
        <w:spacing w:before="0" w:after="60"/>
      </w:pPr>
      <w:r>
        <w:rPr>
          <w:b w:val="0"/>
          <w:i w:val="0"/>
          <w:sz w:val="20"/>
        </w:rPr>
        <w:t>Количество проживающих: ______ чел., в том числе детей ______ чел.   Домашние животные: есть / нет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3. Ключи и доступы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419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Наименование</w:t>
            </w:r>
          </w:p>
        </w:tc>
        <w:tc>
          <w:tcPr>
            <w:tcW w:type="dxa" w:w="181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 передано</w:t>
            </w:r>
          </w:p>
        </w:tc>
        <w:tc>
          <w:tcPr>
            <w:tcW w:type="dxa" w:w="181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 возвращено</w:t>
            </w:r>
          </w:p>
        </w:tc>
        <w:tc>
          <w:tcPr>
            <w:tcW w:type="dxa" w:w="204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Отметка</w:t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Ключ от входной двери дома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Ключ / брелок от ворот, калитки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Ключ от бани / хозблока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Пульт от ворот / шлагбаума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Код домофона, замка, сигнализации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Данные Wi-Fi (сеть / пароль)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419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Ключ от бани / купели / технического помещения</w:t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1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4. Опись имущества дома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9"/>
        <w:gridCol w:w="1709"/>
        <w:gridCol w:w="1709"/>
        <w:gridCol w:w="1709"/>
        <w:gridCol w:w="1709"/>
        <w:gridCol w:w="1709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317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Наименование</w:t>
            </w:r>
          </w:p>
        </w:tc>
        <w:tc>
          <w:tcPr>
            <w:tcW w:type="dxa" w:w="85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</w:t>
            </w:r>
          </w:p>
        </w:tc>
        <w:tc>
          <w:tcPr>
            <w:tcW w:type="dxa" w:w="187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Состояние при заезде</w:t>
            </w:r>
          </w:p>
        </w:tc>
        <w:tc>
          <w:tcPr>
            <w:tcW w:type="dxa" w:w="187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Состояние при выезде</w:t>
            </w:r>
          </w:p>
        </w:tc>
        <w:tc>
          <w:tcPr>
            <w:tcW w:type="dxa" w:w="1587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Примечание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Телевизор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Холодильник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Плита / варочная панель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Микроволновая печь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5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Электрочайник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6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Посудомоечная машина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7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Стиральная машина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8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Кондиционер / обогреватель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9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Wi-Fi-роутер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10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Диван, кресла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11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Кровати, матрасы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12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Стол, стулья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13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Шкафы, тумбы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14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Посуда (комплект)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15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Постельное бельё (комплектов)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16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Полотенца (комплектов)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17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Сантехника: смесители, душ, унитаз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18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Светильники, люстры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19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Шторы, текстиль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20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Мангал / гриль / казан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21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Садовая мебель, беседка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22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Прочее: ______________________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5. Банный комплекс, купель, бассейн — опись и состояние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9"/>
        <w:gridCol w:w="1709"/>
        <w:gridCol w:w="1709"/>
        <w:gridCol w:w="1709"/>
        <w:gridCol w:w="1709"/>
        <w:gridCol w:w="1709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317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Наименование</w:t>
            </w:r>
          </w:p>
        </w:tc>
        <w:tc>
          <w:tcPr>
            <w:tcW w:type="dxa" w:w="85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</w:t>
            </w:r>
          </w:p>
        </w:tc>
        <w:tc>
          <w:tcPr>
            <w:tcW w:type="dxa" w:w="187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Состояние при заезде</w:t>
            </w:r>
          </w:p>
        </w:tc>
        <w:tc>
          <w:tcPr>
            <w:tcW w:type="dxa" w:w="187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Состояние при выезде</w:t>
            </w:r>
          </w:p>
        </w:tc>
        <w:tc>
          <w:tcPr>
            <w:tcW w:type="dxa" w:w="1587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Примечание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Печь банная (дровяная / электрическая)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Дымоход, защитный экран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Камни, бак для воды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Полки, лежаки, подголовники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5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Термометр, гигрометр, песочные часы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6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Ковши, шайки, вёдра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7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Веники (шт.)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8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Освещение парной, влагозащита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9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Купель / чан (объём, состояние чаши)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10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Печь чана, дымоход, крышка чана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11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Лестница и площадка у чана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12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Бассейн: чаша, плёнка, борта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13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Насос, фильтр, система подогрева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14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Химия для воды (тест-полоски, таблетки)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15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Комната отдыха: мебель, ТВ, чайник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16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Душ, санузел при бане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17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Дрова (объём при заезде)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18</w:t>
            </w:r>
          </w:p>
        </w:tc>
        <w:tc>
          <w:tcPr>
            <w:tcW w:type="dxa" w:w="317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Халаты, простыни, тапочки (комплектов)</w:t>
            </w:r>
          </w:p>
        </w:tc>
        <w:tc>
          <w:tcPr>
            <w:tcW w:type="dxa" w:w="85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58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6. Правила эксплуатации, доведённые до Нанимателя (отметить «ознакомлен»)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19"/>
        <w:gridCol w:w="3419"/>
        <w:gridCol w:w="3419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6576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Правило</w:t>
            </w:r>
          </w:p>
        </w:tc>
        <w:tc>
          <w:tcPr>
            <w:tcW w:type="dxa" w:w="277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Ознакомлен (подпись гостя)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Топка печи только дровами, без розжига горючими жидкостями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Запрет оставлять топящуюся печь без присмотра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Максимальная температура и время непрерывного нахождения в парной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Запрет купания в состоянии алкогольного опьянения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5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Запрет прыжков в купель / бассейн и нахождения детей без взрослых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6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Порядок слива воды из чана / бассейна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7</w:t>
            </w:r>
          </w:p>
        </w:tc>
        <w:tc>
          <w:tcPr>
            <w:tcW w:type="dxa" w:w="6576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Расположение огнетушителя и порядок действий при возгорании</w:t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7. Дефекты на момент заезда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226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Помещение / зона</w:t>
            </w:r>
          </w:p>
        </w:tc>
        <w:tc>
          <w:tcPr>
            <w:tcW w:type="dxa" w:w="5443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Описание имеющегося дефекта</w:t>
            </w:r>
          </w:p>
        </w:tc>
        <w:tc>
          <w:tcPr>
            <w:tcW w:type="dxa" w:w="164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Фото сделано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5</w:t>
            </w:r>
          </w:p>
        </w:tc>
        <w:tc>
          <w:tcPr>
            <w:tcW w:type="dxa" w:w="226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64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да / нет</w:t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8. Обеспечительный платёж (залог)</w:t>
      </w:r>
    </w:p>
    <w:p>
      <w:pPr>
        <w:spacing w:before="0" w:after="60"/>
      </w:pPr>
      <w:r>
        <w:rPr>
          <w:b w:val="0"/>
          <w:i w:val="0"/>
          <w:sz w:val="20"/>
        </w:rPr>
        <w:t>Сумма обеспечительного платежа (залога): ____________________ руб. (__________________________________ руб.)</w:t>
      </w:r>
    </w:p>
    <w:p>
      <w:pPr>
        <w:spacing w:before="0" w:after="60"/>
      </w:pPr>
      <w:r>
        <w:rPr>
          <w:b w:val="0"/>
          <w:i w:val="0"/>
          <w:sz w:val="20"/>
        </w:rPr>
        <w:t>Форма получения: наличными / переводом на карту / переводом по СБП (нужное подчеркнуть). Дата получения: «____» __________ 20____ г.</w:t>
      </w:r>
    </w:p>
    <w:p>
      <w:pPr>
        <w:spacing w:before="0" w:after="60"/>
      </w:pPr>
      <w:r>
        <w:rPr>
          <w:b w:val="0"/>
          <w:i w:val="0"/>
          <w:sz w:val="20"/>
        </w:rPr>
        <w:t>Залог возвращается Нанимателю в течение ______ часов после освобождения дома и его осмотра, при отсутствии претензий Наймодателя.</w:t>
      </w:r>
    </w:p>
    <w:p>
      <w:pPr>
        <w:spacing w:before="0" w:after="60"/>
      </w:pPr>
      <w:r>
        <w:rPr>
          <w:b w:val="0"/>
          <w:i w:val="0"/>
          <w:sz w:val="20"/>
        </w:rPr>
        <w:t>Из залога удерживается стоимость повреждённого, испорченного или утраченного имущества, а также стоимость дополнительной уборки, если это предусмотрено договором.</w:t>
      </w:r>
    </w:p>
    <w:p>
      <w:pPr>
        <w:spacing w:before="0" w:after="60"/>
      </w:pPr>
      <w:r>
        <w:rPr>
          <w:b w:val="0"/>
          <w:i w:val="0"/>
          <w:sz w:val="20"/>
        </w:rPr>
        <w:t>Дополнительный залог за банный комплекс / бассейн: ____________________ руб. (если предусмотрен договором).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9. Подписи сторон при заезде</w:t>
      </w:r>
    </w:p>
    <w:p>
      <w:pPr>
        <w:spacing w:before="80" w:after="60"/>
        <w:jc w:val="both"/>
      </w:pPr>
      <w:r>
        <w:rPr>
          <w:b w:val="0"/>
          <w:i w:val="0"/>
          <w:sz w:val="20"/>
        </w:rPr>
        <w:t>Дом, ключи и имущество, указанные в настоящем акте, переданы Нанимателю. Наниматель осмотрел дом и имущество. Претензий к состоянию дома и имущества, кроме дефектов, перечисленных в разделе «Дефекты на момент заезда», стороны не имеют.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</w:tr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Наймодатель (владелец), подпись / расшифровка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Наниматель (гость), подпись / расшифровка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before="0" w:after="60"/>
      </w:pPr>
      <w:r>
        <w:rPr>
          <w:b/>
          <w:i w:val="0"/>
          <w:color w:val="1E6B45"/>
          <w:sz w:val="23"/>
        </w:rPr>
        <w:t>10. Возврат при выезде</w:t>
      </w:r>
    </w:p>
    <w:p>
      <w:pPr>
        <w:spacing w:before="0" w:after="60"/>
      </w:pPr>
      <w:r>
        <w:rPr>
          <w:b w:val="0"/>
          <w:i w:val="0"/>
          <w:sz w:val="20"/>
        </w:rPr>
        <w:t>Дата и время фактического освобождения дома: «____» __________ 20____ г. ______ ч. ______ мин.</w:t>
      </w:r>
    </w:p>
    <w:p>
      <w:pPr>
        <w:spacing w:before="0" w:after="60"/>
      </w:pPr>
      <w:r>
        <w:rPr>
          <w:b w:val="0"/>
          <w:i w:val="0"/>
          <w:sz w:val="20"/>
        </w:rPr>
        <w:t>Дом возвращён Наймодателю в состоянии:</w:t>
      </w:r>
    </w:p>
    <w:p>
      <w:pPr>
        <w:spacing w:before="0" w:after="60"/>
      </w:pPr>
      <w:r>
        <w:rPr>
          <w:b w:val="0"/>
          <w:i w:val="0"/>
          <w:sz w:val="20"/>
        </w:rPr>
        <w:t>☐  соответствует состоянию при заезде, претензий нет;</w:t>
      </w:r>
    </w:p>
    <w:p>
      <w:pPr>
        <w:spacing w:before="0" w:after="60"/>
      </w:pPr>
      <w:r>
        <w:rPr>
          <w:b w:val="0"/>
          <w:i w:val="0"/>
          <w:sz w:val="20"/>
        </w:rPr>
        <w:t>☐  имеются замечания — перечислены ниже.</w:t>
      </w:r>
    </w:p>
    <w:p>
      <w:pPr>
        <w:spacing w:before="0" w:after="60"/>
      </w:pPr>
      <w:r>
        <w:rPr>
          <w:b w:val="0"/>
          <w:i w:val="0"/>
          <w:sz w:val="20"/>
        </w:rPr>
        <w:t>Ключи возвращены в количестве ______ шт. Показания счётчиков сняты (см. раздел выше).</w:t>
      </w:r>
    </w:p>
    <w:p>
      <w:pPr>
        <w:spacing w:before="0" w:after="60"/>
      </w:pPr>
      <w:r>
        <w:rPr>
          <w:b w:val="0"/>
          <w:i w:val="0"/>
          <w:sz w:val="20"/>
        </w:rPr>
        <w:t>Состояние банного комплекса при возврате: чистая парная / требуется уборка; вода из чана слита: да / нет; бассейн: вода слита / оставлена по согласованию (нужное подчеркнуть).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11. Замечания и расчёт удержания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5443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Что повреждено / утрачено / загрязнено</w:t>
            </w:r>
          </w:p>
        </w:tc>
        <w:tc>
          <w:tcPr>
            <w:tcW w:type="dxa" w:w="1134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</w:t>
            </w:r>
          </w:p>
        </w:tc>
        <w:tc>
          <w:tcPr>
            <w:tcW w:type="dxa" w:w="2778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Стоимость восстановления, ₽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5</w:t>
            </w:r>
          </w:p>
        </w:tc>
        <w:tc>
          <w:tcPr>
            <w:tcW w:type="dxa" w:w="5443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134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778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0" w:after="60"/>
      </w:pPr>
      <w:r>
        <w:rPr>
          <w:b/>
          <w:i w:val="0"/>
          <w:sz w:val="20"/>
        </w:rPr>
        <w:t>ИТОГО к удержанию из залога: ____________________ руб.</w:t>
      </w:r>
    </w:p>
    <w:p>
      <w:pPr>
        <w:spacing w:before="0" w:after="60"/>
      </w:pPr>
      <w:r>
        <w:rPr>
          <w:b/>
          <w:i w:val="0"/>
          <w:sz w:val="20"/>
        </w:rPr>
        <w:t>К возврату Нанимателю: ____________________ руб.</w:t>
      </w:r>
    </w:p>
    <w:p>
      <w:pPr>
        <w:spacing w:before="0" w:after="60"/>
      </w:pPr>
      <w:r>
        <w:rPr>
          <w:b w:val="0"/>
          <w:i w:val="0"/>
          <w:sz w:val="20"/>
        </w:rPr>
        <w:t>Залог возвращён: полностью / частично в сумме ____________ руб. / удержан полностью (нужное подчеркнуть).</w:t>
      </w:r>
    </w:p>
    <w:p>
      <w:pPr>
        <w:spacing w:before="0" w:after="60"/>
      </w:pPr>
      <w:r>
        <w:rPr>
          <w:b w:val="0"/>
          <w:i w:val="0"/>
          <w:sz w:val="20"/>
        </w:rPr>
        <w:t>Способ возврата: наличными / переводом. Дата возврата: «____» __________ 20____ г.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12. Подписи сторон при выезде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</w:tr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Наймодатель (владелец), подпись / расшифровка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Наниматель (гость), подпись / расшифровка</w:t>
            </w:r>
          </w:p>
        </w:tc>
      </w:tr>
    </w:tbl>
    <w:p>
      <w:pPr>
        <w:spacing w:after="40"/>
      </w:pPr>
    </w:p>
    <w:p>
      <w:pPr>
        <w:spacing w:before="0" w:after="60"/>
      </w:pPr>
      <w:r>
        <w:rPr>
          <w:b w:val="0"/>
          <w:i w:val="0"/>
          <w:sz w:val="12"/>
        </w:rPr>
      </w:r>
    </w:p>
    <w:p>
      <w:pPr>
        <w:spacing w:before="120" w:after="60"/>
        <w:jc w:val="center"/>
      </w:pPr>
      <w:r>
        <w:rPr>
          <w:b w:val="0"/>
          <w:i w:val="0"/>
          <w:color w:val="1E6B45"/>
          <w:sz w:val="16"/>
        </w:rPr>
        <w:t>Шаблон подготовлен сервисом СмайлДом — smiledom.ru. Каталог загородных домов посуточно напрямую от владельцев: 0% комиссии с бронирований, 1 000 ₽ за год размещения. Скачать другие бланки: smiledom.ru/blog/akt-priema-peredachi-doma-posutochno-obrazec</w:t>
      </w:r>
    </w:p>
    <w:p>
      <w:pPr>
        <w:spacing w:before="0" w:after="60"/>
        <w:jc w:val="both"/>
      </w:pPr>
      <w:r>
        <w:rPr>
          <w:b w:val="0"/>
          <w:i/>
          <w:color w:val="777777"/>
          <w:sz w:val="15"/>
        </w:rPr>
        <w:t xml:space="preserve">Документ носит информационный характер и не является юридической консультацией. Это типовой бланк: проверьте его под свою ситуацию, а для нестандартных случаев (дорогая недвижимость, арендатор — юридическое лицо, спор в суде) обратитесь к юристу. </w:t>
      </w:r>
    </w:p>
    <w:sectPr w:rsidR="00FC693F" w:rsidRPr="0006063C" w:rsidSect="00034616">
      <w:pgSz w:w="12240" w:h="15840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Times New Roman" w:hAnsi="Times New Roman" w:eastAsia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