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i w:val="0"/>
          <w:sz w:val="28"/>
        </w:rPr>
        <w:t>АКТ ПРИЁМА-ПЕРЕДАЧИ ДОМА (краткая форма)</w:t>
      </w:r>
    </w:p>
    <w:p>
      <w:pPr>
        <w:spacing w:before="0" w:after="120"/>
        <w:jc w:val="center"/>
      </w:pPr>
      <w:r>
        <w:rPr>
          <w:b w:val="0"/>
          <w:i/>
          <w:color w:val="777777"/>
          <w:sz w:val="18"/>
        </w:rPr>
        <w:t>Заполняется за 3 минуты при передаче ключей. Подходит для сдачи на 1–3 суток.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32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 w:val="0"/>
          <w:sz w:val="20"/>
        </w:rPr>
        <w:t>Наймодатель (владелец): ФИО ______________________________________ тел. ____________________</w:t>
      </w:r>
    </w:p>
    <w:p>
      <w:pPr>
        <w:spacing w:before="0" w:after="60"/>
      </w:pPr>
      <w:r>
        <w:rPr>
          <w:b w:val="0"/>
          <w:i w:val="0"/>
          <w:sz w:val="20"/>
        </w:rPr>
        <w:t>Наниматель (гость): ФИО _________________________________________ тел. 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 гостя: серия ________ № ______________</w:t>
      </w:r>
    </w:p>
    <w:p>
      <w:pPr>
        <w:spacing w:before="0" w:after="60"/>
      </w:pPr>
      <w:r>
        <w:rPr>
          <w:b w:val="0"/>
          <w:i w:val="0"/>
          <w:sz w:val="20"/>
        </w:rPr>
        <w:t>Адрес дома: 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Заезд: «____» ______ 20__ г. ____ ч.   Выезд: «____» ______ 20__ г. ____ ч.   Гостей: ______ чел.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Передано при заезде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45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Что передано</w:t>
            </w:r>
          </w:p>
        </w:tc>
        <w:tc>
          <w:tcPr>
            <w:tcW w:type="dxa" w:w="124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26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Возвращено</w:t>
            </w:r>
          </w:p>
        </w:tc>
      </w:tr>
      <w:tr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Ключи от дома / ворот</w:t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Техника (ТВ, холодильник, плита, чайник)</w:t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исправно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Мебель, текстиль, посуда</w:t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без повреждений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Сантехника, душ, санузел</w:t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исправно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Баня / мангал / двор (если есть)</w:t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Прочее: __________________________</w:t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Дефекты, замеченные при заезде</w:t>
      </w:r>
    </w:p>
    <w:p>
      <w:pPr>
        <w:spacing w:before="0" w:after="60"/>
      </w:pPr>
      <w:r>
        <w:rPr>
          <w:b w:val="0"/>
          <w:i w:val="0"/>
          <w:sz w:val="20"/>
        </w:rPr>
        <w:t>1. ______________________________________________________________________________________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2. ______________________________________________________________________________________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3. ______________________________________________________________________________________</w:t>
      </w:r>
    </w:p>
    <w:p>
      <w:pPr>
        <w:spacing w:before="80" w:after="60"/>
      </w:pPr>
      <w:r>
        <w:rPr>
          <w:b w:val="0"/>
          <w:i w:val="0"/>
          <w:sz w:val="20"/>
        </w:rPr>
        <w:t>Залог: ______________ руб., получен наличными / переводом. Возвращается при выезде после осмотра дома.</w:t>
      </w:r>
    </w:p>
    <w:p>
      <w:pPr>
        <w:spacing w:before="80" w:after="60"/>
      </w:pPr>
      <w:r>
        <w:rPr>
          <w:b/>
          <w:i w:val="0"/>
          <w:sz w:val="20"/>
        </w:rPr>
        <w:t>Дом и имущество приняты. Замечаний, кроме указанных выше, нет.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Отметка о выезде</w:t>
      </w:r>
    </w:p>
    <w:p>
      <w:pPr>
        <w:spacing w:before="0" w:after="60"/>
      </w:pPr>
      <w:r>
        <w:rPr>
          <w:b w:val="0"/>
          <w:i w:val="0"/>
          <w:sz w:val="20"/>
        </w:rPr>
        <w:t>Дом возвращён «____» ______ 20__ г. ____ ч. Состояние: соответствует акту / есть замечания: 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_________________________________________________________________________________________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Удержано из залога: ____________ руб. Возвращено гостю: ____________ руб.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 w:val="0"/>
          <w:sz w:val="12"/>
        </w:rPr>
      </w:r>
    </w:p>
    <w:p>
      <w:pPr>
        <w:spacing w:before="120" w:after="60"/>
        <w:jc w:val="center"/>
      </w:pPr>
      <w:r>
        <w:rPr>
          <w:b w:val="0"/>
          <w:i w:val="0"/>
          <w:color w:val="1E6B45"/>
          <w:sz w:val="16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Скачать другие бланки: smiledom.ru/blog/akt-priema-peredachi-doma-posutochno-obrazec</w:t>
      </w:r>
    </w:p>
    <w:p>
      <w:pPr>
        <w:spacing w:before="0" w:after="60"/>
        <w:jc w:val="both"/>
      </w:pPr>
      <w:r>
        <w:rPr>
          <w:b w:val="0"/>
          <w:i/>
          <w:color w:val="777777"/>
          <w:sz w:val="15"/>
        </w:rPr>
        <w:t xml:space="preserve">Документ носит информационный характер и не является юридической консультацией. Это типовой бланк: проверьте его под свою ситуацию, а для нестандартных случаев (дорогая недвижимость, арендатор — юридическое лицо, спор в суде) обратитесь к юристу. 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