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ПРИЁМА-ПЕРЕДАЧИ ЖИЛОГО ДОМА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Приложение № 1 к договору посуточной аренды (найма) жилого дома от «____» __________ 20____ г. № 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40" w:after="60"/>
      </w:pPr>
      <w:r>
        <w:rPr>
          <w:b/>
          <w:i w:val="0"/>
          <w:color w:val="1E6B45"/>
          <w:sz w:val="23"/>
        </w:rPr>
        <w:t>1. Стороны</w:t>
      </w:r>
    </w:p>
    <w:p>
      <w:pPr>
        <w:spacing w:before="80" w:after="60"/>
      </w:pPr>
      <w:r>
        <w:rPr>
          <w:b/>
          <w:i w:val="0"/>
          <w:sz w:val="20"/>
        </w:rPr>
        <w:t>Наймодатель (владелец):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80" w:after="60"/>
      </w:pPr>
      <w:r>
        <w:rPr>
          <w:b/>
          <w:i w:val="0"/>
          <w:sz w:val="20"/>
        </w:rPr>
        <w:t>Наниматель (гость):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2. Объект и период проживания</w:t>
      </w:r>
    </w:p>
    <w:p>
      <w:pPr>
        <w:spacing w:before="80" w:after="60"/>
      </w:pPr>
      <w:r>
        <w:rPr>
          <w:b w:val="0"/>
          <w:i w:val="0"/>
          <w:sz w:val="20"/>
        </w:rPr>
        <w:t>Адрес объекта: 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Тип объекта: жилой дом / коттедж / дача / баня / модульный дом (нужное подчеркнуть)</w:t>
      </w:r>
    </w:p>
    <w:p>
      <w:pPr>
        <w:spacing w:before="0" w:after="60"/>
      </w:pPr>
      <w:r>
        <w:rPr>
          <w:b w:val="0"/>
          <w:i w:val="0"/>
          <w:sz w:val="20"/>
        </w:rPr>
        <w:t>Период проживания: с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 xml:space="preserve">                                по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Количество проживающих: ______ чел., в том числе детей ______ чел.   Домашние животные: есть / нет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3. Ключи и доступы, переданные при заезде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419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передано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возвращено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Отметка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входной двери дома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/ брелок от ворот, калитки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бани / хозблока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Пульт от ворот / шлагбаума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Код домофона, замка, сигнализации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Данные Wi-Fi (сеть / пароль)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4. Опись имущества и его состояние</w:t>
      </w:r>
    </w:p>
    <w:p>
      <w:pPr>
        <w:spacing w:before="0" w:after="60"/>
      </w:pPr>
      <w:r>
        <w:rPr>
          <w:b w:val="0"/>
          <w:i/>
          <w:color w:val="777777"/>
          <w:sz w:val="17"/>
        </w:rPr>
        <w:t>Состояние отмечается словами: «исправно», «б/у, следов повреждений нет», «есть дефект (описать)». Лишние строки вычеркните, недостающие впишите.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17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85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Телевизор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Холодильник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Плита / варочная панель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Микроволновая печь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Электрочайник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Посудомоечная машина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Стиральная машина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Кондиционер / обогреватель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Wi-Fi-роутер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Диван, кресла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Кровати, матрасы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Стол, стулья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Шкафы, тумбы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Посуда (комплект)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Постельное бельё (комплектов)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Полотенца (комплектов)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Сантехника: смесители, душ, унитаз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Светильники, люстры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Шторы, текстиль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Мангал / гриль / казан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Садовая мебель, беседка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Прочее: ______________________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5. Показания приборов учёта (заполняется, если коммунальные услуги оплачиваются по факту)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294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Прибор учёта</w:t>
            </w:r>
          </w:p>
        </w:tc>
        <w:tc>
          <w:tcPr>
            <w:tcW w:type="dxa" w:w="136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 заезде</w:t>
            </w:r>
          </w:p>
        </w:tc>
        <w:tc>
          <w:tcPr>
            <w:tcW w:type="dxa" w:w="136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 выезде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Расход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Тариф, ₽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 оплате, ₽</w:t>
            </w:r>
          </w:p>
        </w:tc>
      </w:tr>
      <w:tr>
        <w:tc>
          <w:tcPr>
            <w:tcW w:type="dxa" w:w="294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Электроэнергия, кВт·ч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94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Холодная вода, м³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94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Горячая вода, м³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294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Газ, м³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6. Дефекты, имеющиеся на момент заезда</w:t>
      </w:r>
    </w:p>
    <w:p>
      <w:pPr>
        <w:spacing w:before="0" w:after="60"/>
      </w:pPr>
      <w:r>
        <w:rPr>
          <w:b w:val="0"/>
          <w:i/>
          <w:color w:val="777777"/>
          <w:sz w:val="17"/>
        </w:rPr>
        <w:t>Заполняется ДО заселения. Всё, что не записано здесь, при выезде считается возникшим в период проживания гостя.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 / зона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Описание имеющегося дефекта</w:t>
            </w:r>
          </w:p>
        </w:tc>
        <w:tc>
          <w:tcPr>
            <w:tcW w:type="dxa" w:w="164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Фото сделано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7. Обеспечительный платёж (залог)</w:t>
      </w:r>
    </w:p>
    <w:p>
      <w:pPr>
        <w:spacing w:before="0" w:after="60"/>
      </w:pPr>
      <w:r>
        <w:rPr>
          <w:b w:val="0"/>
          <w:i w:val="0"/>
          <w:sz w:val="20"/>
        </w:rPr>
        <w:t>Сумма обеспечительного платежа (залога): ____________________ руб. (__________________________________ руб.)</w:t>
      </w:r>
    </w:p>
    <w:p>
      <w:pPr>
        <w:spacing w:before="0" w:after="60"/>
      </w:pPr>
      <w:r>
        <w:rPr>
          <w:b w:val="0"/>
          <w:i w:val="0"/>
          <w:sz w:val="20"/>
        </w:rPr>
        <w:t>Форма получения: наличными / переводом на карту / переводом по СБП (нужное подчеркнуть). Дата получения: «____» __________ 20____ г.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возвращается Нанимателю в течение ______ часов после освобождения дома и его осмотра, при отсутствии претензий Наймодателя.</w:t>
      </w:r>
    </w:p>
    <w:p>
      <w:pPr>
        <w:spacing w:before="0" w:after="60"/>
      </w:pPr>
      <w:r>
        <w:rPr>
          <w:b w:val="0"/>
          <w:i w:val="0"/>
          <w:sz w:val="20"/>
        </w:rPr>
        <w:t>Из залога удерживается стоимость повреждённого, испорченного или утраченного имущества, а также стоимость дополнительной уборки, если это предусмотрено договором.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8. Подписи сторон при заезде</w:t>
      </w:r>
    </w:p>
    <w:p>
      <w:pPr>
        <w:spacing w:before="80" w:after="60"/>
        <w:jc w:val="both"/>
      </w:pPr>
      <w:r>
        <w:rPr>
          <w:b w:val="0"/>
          <w:i w:val="0"/>
          <w:sz w:val="20"/>
        </w:rPr>
        <w:t>Дом, ключи и имущество, указанные в настоящем акте, переданы Нанимателю. Наниматель осмотрел дом и имущество. Претензий к состоянию дома и имущества, кроме дефектов, перечисленных в разделе «Дефекты на момент заезда», стороны не имеют.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60"/>
      </w:pPr>
      <w:r>
        <w:rPr>
          <w:b/>
          <w:i w:val="0"/>
          <w:color w:val="1E6B45"/>
          <w:sz w:val="23"/>
        </w:rPr>
        <w:t>9. Возврат дома при выезде</w:t>
      </w:r>
    </w:p>
    <w:p>
      <w:pPr>
        <w:spacing w:before="0" w:after="60"/>
      </w:pPr>
      <w:r>
        <w:rPr>
          <w:b w:val="0"/>
          <w:i w:val="0"/>
          <w:sz w:val="20"/>
        </w:rPr>
        <w:t>Дата и время фактического освобождения дома: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Дом возвращён Наймодателю в состоянии:</w:t>
      </w:r>
    </w:p>
    <w:p>
      <w:pPr>
        <w:spacing w:before="0" w:after="60"/>
      </w:pPr>
      <w:r>
        <w:rPr>
          <w:b w:val="0"/>
          <w:i w:val="0"/>
          <w:sz w:val="20"/>
        </w:rPr>
        <w:t>☐  соответствует состоянию при заезде, претензий нет;</w:t>
      </w:r>
    </w:p>
    <w:p>
      <w:pPr>
        <w:spacing w:before="0" w:after="60"/>
      </w:pPr>
      <w:r>
        <w:rPr>
          <w:b w:val="0"/>
          <w:i w:val="0"/>
          <w:sz w:val="20"/>
        </w:rPr>
        <w:t>☐  имеются замечания — перечислены ниже.</w:t>
      </w:r>
    </w:p>
    <w:p>
      <w:pPr>
        <w:spacing w:before="0" w:after="60"/>
      </w:pPr>
      <w:r>
        <w:rPr>
          <w:b w:val="0"/>
          <w:i w:val="0"/>
          <w:sz w:val="20"/>
        </w:rPr>
        <w:t>Ключи возвращены в количестве ______ шт. Показания счётчиков сняты (см. раздел выше).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10. Замечания при выезде и расчёт удержания из залога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повреждено / утрачено / загрязнено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Стоимость восстановления,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/>
          <w:i w:val="0"/>
          <w:sz w:val="20"/>
        </w:rPr>
        <w:t>ИТОГО к удержанию из залога: ____________________ руб.</w:t>
      </w:r>
    </w:p>
    <w:p>
      <w:pPr>
        <w:spacing w:before="0" w:after="60"/>
      </w:pPr>
      <w:r>
        <w:rPr>
          <w:b/>
          <w:i w:val="0"/>
          <w:sz w:val="20"/>
        </w:rPr>
        <w:t>К возврату Нанимателю: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возвращён: полностью / частично в сумме ____________ руб. / удержан полностью (нужное подчеркнуть).</w:t>
      </w:r>
    </w:p>
    <w:p>
      <w:pPr>
        <w:spacing w:before="0" w:after="60"/>
      </w:pPr>
      <w:r>
        <w:rPr>
          <w:b w:val="0"/>
          <w:i w:val="0"/>
          <w:sz w:val="20"/>
        </w:rPr>
        <w:t>Способ возврата: наличными / переводом. Дата возврата: «____» __________ 20____ г.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11. Подписи сторон при выезде</w:t>
      </w:r>
    </w:p>
    <w:p>
      <w:pPr>
        <w:spacing w:before="0" w:after="60"/>
        <w:jc w:val="both"/>
      </w:pPr>
      <w:r>
        <w:rPr>
          <w:b w:val="0"/>
          <w:i w:val="0"/>
          <w:sz w:val="20"/>
        </w:rPr>
        <w:t>Дом и имущество возвращены Наймодателю. Взаиморасчёты по залогу произведены. Стороны претензий друг к другу не имеют / имеют (нужное подчеркнуть).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