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ВОЗВРАТА ДОМА И ФИКСАЦИИ ПРИЧИНЁННОГО УЩЕРБА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Составляется при выезде, если обнаружены повреждения. Основание для удержания залога и предъявления требования о возмещении.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0" w:after="60"/>
        <w:jc w:val="both"/>
      </w:pPr>
      <w:r>
        <w:rPr>
          <w:b w:val="0"/>
          <w:i w:val="0"/>
          <w:sz w:val="20"/>
        </w:rPr>
        <w:t>Настоящий акт составлен в связи с обнаружением при возврате жилого дома повреждений (утраты, загрязнения) имущества, переданного Нанимателю по акту приёма-передачи от «____» __________ 20____ г.</w:t>
      </w:r>
    </w:p>
    <w:p>
      <w:pPr>
        <w:spacing w:before="8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8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8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Присутствовали при осмотре (свидетели, при наличии): ____________________________________________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 и период проживания</w:t>
      </w:r>
    </w:p>
    <w:p>
      <w:pPr>
        <w:spacing w:before="8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Тип объекта: жилой дом / коттедж / дача / баня / модульный дом (нужное подчеркнуть)</w:t>
      </w:r>
    </w:p>
    <w:p>
      <w:pPr>
        <w:spacing w:before="0" w:after="60"/>
      </w:pPr>
      <w:r>
        <w:rPr>
          <w:b w:val="0"/>
          <w:i w:val="0"/>
          <w:sz w:val="20"/>
        </w:rPr>
        <w:t>Период проживания: с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 xml:space="preserve">                                по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Количество проживающих: ______ чел., в том числе детей ______ чел.   Домашние животные: есть / нет</w:t>
      </w:r>
    </w:p>
    <w:p>
      <w:pPr>
        <w:spacing w:before="0" w:after="60"/>
      </w:pPr>
      <w:r>
        <w:rPr>
          <w:b w:val="0"/>
          <w:i w:val="0"/>
          <w:sz w:val="20"/>
        </w:rPr>
        <w:t>Фактическое время освобождения дома: «____» __________ 20____ г. ______ ч. ______ мин.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Выявленные повреждения, утраты, загрязнения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или утрачено</w:t>
            </w:r>
          </w:p>
        </w:tc>
        <w:tc>
          <w:tcPr>
            <w:tcW w:type="dxa" w:w="36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повреждения</w:t>
            </w:r>
          </w:p>
        </w:tc>
        <w:tc>
          <w:tcPr>
            <w:tcW w:type="dxa" w:w="153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/ видео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3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/>
          <w:color w:val="777777"/>
          <w:sz w:val="18"/>
        </w:rPr>
        <w:t>Состояние на момент заезда подтверждается актом приёма-передачи и фотографиями, сделанными при заселении.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4. Расчёт стоимости восстановления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 затрат</w:t>
            </w:r>
          </w:p>
        </w:tc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Основание расчёта (чек, счёт, прайс, смета)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Сумма,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/>
          <w:i w:val="0"/>
          <w:sz w:val="20"/>
        </w:rPr>
        <w:t>ИТОГО размер ущерба: ____________________ руб. (__________________________________________ руб.)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5. Расчёты по обеспечительному платежу (залогу)</w:t>
      </w:r>
    </w:p>
    <w:p>
      <w:pPr>
        <w:spacing w:before="0" w:after="60"/>
      </w:pPr>
      <w:r>
        <w:rPr>
          <w:b w:val="0"/>
          <w:i w:val="0"/>
          <w:sz w:val="20"/>
        </w:rPr>
        <w:t>Размер полученного залога: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Удерживается в счёт возмещения ущерба: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Возвращается Нанимателю: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Сумма ущерба, превышающая залог и подлежащая возмещению Нанимателем дополнительно: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Срок добровольного возмещения: до «____» __________ 20____ г.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6. Позиция Нанимателя</w:t>
      </w:r>
    </w:p>
    <w:p>
      <w:pPr>
        <w:spacing w:before="0" w:after="60"/>
      </w:pPr>
      <w:r>
        <w:rPr>
          <w:b w:val="0"/>
          <w:i w:val="0"/>
          <w:sz w:val="20"/>
        </w:rPr>
        <w:t>☐  С фактом повреждений и суммой ущерба согласен, обязуюсь возместить в указанный срок.</w:t>
      </w:r>
    </w:p>
    <w:p>
      <w:pPr>
        <w:spacing w:before="0" w:after="60"/>
      </w:pPr>
      <w:r>
        <w:rPr>
          <w:b w:val="0"/>
          <w:i w:val="0"/>
          <w:sz w:val="20"/>
        </w:rPr>
        <w:t>☐  С фактом повреждений согласен, с суммой не согласен. Мотивированные возражения: __________________</w:t>
      </w:r>
    </w:p>
    <w:p>
      <w:pPr>
        <w:spacing w:before="0" w:after="60"/>
      </w:pPr>
      <w:r>
        <w:rPr>
          <w:b w:val="0"/>
          <w:i w:val="0"/>
          <w:sz w:val="20"/>
        </w:rPr>
        <w:t>_________________________________________________________________________________________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☐  Не согласен. Возражения: 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_________________________________________________________________________________________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☐  От подписания акта отказался. Отказ удостоверен подписями присутствовавших лиц.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7. Приложения</w:t>
      </w:r>
    </w:p>
    <w:p>
      <w:pPr>
        <w:spacing w:before="0" w:after="60"/>
      </w:pPr>
      <w:r>
        <w:rPr>
          <w:b w:val="0"/>
          <w:i w:val="0"/>
          <w:sz w:val="20"/>
        </w:rPr>
        <w:t>1. Копия акта приёма-передачи дома от «____» __________ 20____ г. — на ______ л.</w:t>
      </w:r>
    </w:p>
    <w:p>
      <w:pPr>
        <w:spacing w:before="0" w:after="60"/>
      </w:pPr>
      <w:r>
        <w:rPr>
          <w:b w:val="0"/>
          <w:i w:val="0"/>
          <w:sz w:val="20"/>
        </w:rPr>
        <w:t>2. Фотоматериалы при заезде и при выезде — на ______ л. / на электронном носителе.</w:t>
      </w:r>
    </w:p>
    <w:p>
      <w:pPr>
        <w:spacing w:before="0" w:after="60"/>
      </w:pPr>
      <w:r>
        <w:rPr>
          <w:b w:val="0"/>
          <w:i w:val="0"/>
          <w:sz w:val="20"/>
        </w:rPr>
        <w:t>3. Документы, подтверждающие стоимость восстановления (чеки, счета, сметы) — на ______ л.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8. Подписи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/>
          <w:color w:val="777777"/>
          <w:sz w:val="18"/>
        </w:rPr>
        <w:t>Акт составлен в двух экземплярах, по одному для каждой стороны.</w:t>
      </w: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Если гость отказывается подписывать акт и возмещать ущерб, следующий шаг — письменная претензия, а затем обращение в суд.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