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🎣  Рыбалка и дом у воды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Река, озеро, водохранилище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Снасти, безопасность на воде, обработка улова и что взять на берег.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🎣  Рыбалка и водоём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Удочка, снасти, наживка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Садок и подсак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Складной стул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Поляризационные очки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Аквашузы или сапоги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Полотенце и сменные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Нож и доска для чистки рыбы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Пакеты и лёд для улова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Спасательный жилет для ребёнка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Проверьте: разрешена ли рыбалка на этом водоёме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💊  Аптечка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Личные лекарства, которые принимаете постоянно, с запасом на день дольше поездки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Обезболивающее и жаропонижающее — взрослое и детское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от аллергии, включая быстродействующее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 расстройства ЖКТ, сорбент, средство от изжоги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Пластырь разного размера, стерильный бинт, антисептик, перекись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Спрей от укусов насекомых и средство после укусов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небольшая ёмкость с крышкой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SPF 30–50 и средство от солнечных ожогов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Термометр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Капли для носа и глаз, если склонны к аллергии на пыльцу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👕  Одежда и обувь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Одежда на каждый день плюс один запасной комплект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кофта или свитер — вечером за городом на 5–7 градусов прохладнее, чем в городе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Ветровка или 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Головной убор от солнца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Домашние тапочки — во многих домах их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или закрытая обувь для улицы и мокрой травы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Носки и бельё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Купальник или плавки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Спортивная одежда для прогулки и длинные брюки для леса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🍳  Кухня и еда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Продукты на первый приём пищи — по приезде магазин может быть далеко или закрыт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Завтрак на утро следующего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Питьевая вода из расчёта 1,5–2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кофе, сахар, соль,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Растительное масло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Перекусы в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Плёнка, фольга, контейнеры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Губка и средство для мытья посуды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Открывашка, штопор, спички или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Острый нож и разделочная доска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пакеты 60 л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🔥  Мангал и барбекю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Уголь — около 1 кг на 1 кг мяса, плюс запасной мешок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Розжиг: жидкость или сухие кубики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Шампуры или решётка — уточните, есть ли в доме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Замаринованное мясо: 300–400 г на взрослого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Овощи и хлеб на гриль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Щипцы, прихватки, фольга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Одноразовая посуда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Разделочная доска и нож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песок рядом с мангалом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углей и золы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🛡️  Безопасность: огонь, клещи, вода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ящик с песком у мангала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Огнетушитель — проверьте, есть ли в доме и где 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Акарицидное средство на одежду — это не то же, что репеллент на кожу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контейнер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Осмотр себя и детей после леса — вечером каждого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 владельца, записанный офлайн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и координаты дома в заметках — для скорой и такси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Фонарь у входа и на дорожке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Правило: мангал не оставлять без взрослого, костры в сухую погоду не разводить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🚗  Дорога и машина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Автоаптечка, огнетушитель, знак аварийной остановки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Трос и провода для прикуривания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Домкрат и запаска, проверенные до выезда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5 л воды в багажник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кресло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на шлагбаум и платную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Офлайн-карта до дома — навигатор теряет сеть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 и вода в салон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мусора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Зимой: скребок, щётка, лопата, ледоступы, трос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🍂  Межсезонье и осень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Второй комплект тёплых носков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Корзина и нож для грибов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Сушилка или верёвка для мокрой одежды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пижама — дом за ночь остывает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93.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