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🐾  С питомцем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Собака или кошка едет с вами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Согласование с владельцем, корм, лежанка, обработка от клещей и уборка следов пребывания.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🐾  Если едете с питомцем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Согласование с владельцем — заранее, письменно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Корм на всю поездку и миски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Поводок, намордник, переноска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Пелёнки и пакеты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Лежанка или подстилка — своя, не хозяйская мебель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Любимые игрушки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Ветпаспорт и лекарства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клещей и блох, обработанное заранее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Полотенце вытирать лапы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💊  Аптечка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Личные лекарства, которые принимаете постоянно, с запасом на день дольше поездки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Обезболивающее и жаропонижающее — взрослое и детское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от аллергии, включая быстродействующее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 расстройства ЖКТ, сорбент, средство от изжоги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Пластырь разного размера, стерильный бинт, антисептик, перекись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Спрей от укусов насекомых и средство после укусов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небольшая ёмкость с крышкой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SPF 30–50 и средство от солнечных ожогов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Термометр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Капли для носа и глаз, если склонны к аллергии на пыльцу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🚗  Дорога и машина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Автоаптечка, огнетушитель, знак аварийной остановки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Трос и провода для прикуривания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Домкрат и запаска, проверенные до выезда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5 л воды в багажник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Детское кресло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на шлагбаум и платную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Офлайн-карта до дома — навигатор теряет сеть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 и вода в салон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Пакет для мусора в машину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Зимой: скребок, щётка, лопата, ледоступы, трос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84.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