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🏡  На выходные, 1–2 ночи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Самый частый вариант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Классический выезд с пятницы по воскресенье. Базовый набор плюс мангал, вечерний досуг и сдача дома.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🔥  Мангал и барбекю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Уголь — около 1 кг на 1 кг мяса, плюс запасной мешок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Розжиг: жидкость или сухие кубики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Шампуры или решётка — уточните, есть ли в доме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Замаринованное мясо: 300–400 г на взрослого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Овощи и хлеб на гриль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Щипцы, прихватки, фольга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Разделочная доска и нож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песок рядом с мангалом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углей и золы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🧹  Бытовое и на всякий случай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мешки 60 и 120 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Средства от комаров и клещей: спрей, спирали, фумигатор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спички на случай отключения света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Пакеты для грязной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Швейный набор, ножницы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Зонт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Скотч, верёвка, мультитул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Запасная зубная щётка и мыло — их забывают чаще всего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116.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