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20"/>
        <w:jc w:val="center"/>
      </w:pPr>
      <w:r>
        <w:rPr>
          <w:b/>
          <w:i w:val="0"/>
          <w:sz w:val="27"/>
        </w:rPr>
        <w:t>ДОГОВОР краткосрочного (посуточного) найма жилого дома</w:t>
      </w:r>
    </w:p>
    <w:p>
      <w:pPr>
        <w:spacing w:before="0" w:after="100"/>
        <w:jc w:val="center"/>
      </w:pPr>
      <w:r>
        <w:rPr>
          <w:b w:val="0"/>
          <w:i/>
          <w:color w:val="777777"/>
          <w:sz w:val="17"/>
        </w:rPr>
        <w:t>Краткая форма на одну страницу. Заполняется за 5 минут при передаче ключей.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156"/>
        <w:gridCol w:w="5156"/>
      </w:tblGrid>
      <w:tr>
        <w:tc>
          <w:tcPr>
            <w:tcW w:type="dxa" w:w="4989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20"/>
              </w:rPr>
              <w:t>г. ______________________</w:t>
            </w:r>
          </w:p>
        </w:tc>
        <w:tc>
          <w:tcPr>
            <w:tcW w:type="dxa" w:w="4989"/>
          </w:tcPr>
          <w:p>
            <w:pPr>
              <w:spacing w:before="20" w:after="20"/>
              <w:jc w:val="right"/>
            </w:pPr>
            <w:r/>
            <w:r>
              <w:rPr>
                <w:rFonts w:ascii="Times New Roman" w:hAnsi="Times New Roman"/>
                <w:b w:val="0"/>
                <w:sz w:val="20"/>
              </w:rPr>
              <w:t>«____» ________________ 20____ г.</w:t>
            </w:r>
          </w:p>
        </w:tc>
      </w:tr>
    </w:tbl>
    <w:p>
      <w:pPr>
        <w:spacing w:after="40"/>
      </w:pPr>
    </w:p>
    <w:p>
      <w:pPr>
        <w:spacing w:before="0" w:after="40"/>
      </w:pPr>
      <w:r>
        <w:rPr>
          <w:b w:val="0"/>
          <w:i w:val="0"/>
          <w:sz w:val="20"/>
        </w:rPr>
        <w:t>Наймодатель (владелец): ФИО ______________________________________________ тел. ____________________</w:t>
      </w:r>
    </w:p>
    <w:p>
      <w:pPr>
        <w:spacing w:before="0" w:after="40"/>
      </w:pPr>
      <w:r>
        <w:rPr>
          <w:b w:val="0"/>
          <w:i w:val="0"/>
          <w:sz w:val="20"/>
        </w:rPr>
        <w:t>паспорт серия ________ № ______________</w:t>
      </w:r>
    </w:p>
    <w:p>
      <w:pPr>
        <w:spacing w:before="0" w:after="40"/>
      </w:pPr>
      <w:r>
        <w:rPr>
          <w:b w:val="0"/>
          <w:i w:val="0"/>
          <w:sz w:val="20"/>
        </w:rPr>
        <w:t>Наниматель (гость): ФИО _________________________________________________ тел. ____________________</w:t>
      </w:r>
    </w:p>
    <w:p>
      <w:pPr>
        <w:spacing w:before="0" w:after="40"/>
      </w:pPr>
      <w:r>
        <w:rPr>
          <w:b w:val="0"/>
          <w:i w:val="0"/>
          <w:sz w:val="20"/>
        </w:rPr>
        <w:t>паспорт серия ________ № ______________</w:t>
      </w:r>
    </w:p>
    <w:p>
      <w:pPr>
        <w:spacing w:before="160" w:after="40"/>
      </w:pPr>
      <w:r>
        <w:rPr>
          <w:b/>
          <w:i w:val="0"/>
          <w:color w:val="1E6B45"/>
          <w:sz w:val="21"/>
        </w:rPr>
        <w:t>1. Предмет</w:t>
      </w:r>
    </w:p>
    <w:p>
      <w:pPr>
        <w:spacing w:before="0" w:after="40"/>
      </w:pPr>
      <w:r>
        <w:rPr>
          <w:b w:val="0"/>
          <w:i w:val="0"/>
          <w:sz w:val="20"/>
        </w:rPr>
        <w:t>Наймодатель передаёт Нанимателю во временное пользование жилой дом по адресу:</w:t>
      </w:r>
    </w:p>
    <w:p>
      <w:pPr>
        <w:spacing w:before="0" w:after="40"/>
      </w:pPr>
      <w:r>
        <w:rPr>
          <w:b w:val="0"/>
          <w:i w:val="0"/>
          <w:sz w:val="20"/>
        </w:rPr>
        <w:t>____________________________________________________________________________________________________</w:t>
      </w:r>
    </w:p>
    <w:p>
      <w:pPr>
        <w:spacing w:before="0" w:after="40"/>
      </w:pPr>
      <w:r>
        <w:rPr>
          <w:b w:val="0"/>
          <w:i w:val="0"/>
          <w:sz w:val="20"/>
        </w:rPr>
        <w:t>Срок: с «____» ______ 20__ г. ____ ч. по «____» ______ 20__ г. ____ ч. Гостей: ______ чел.</w:t>
      </w:r>
    </w:p>
    <w:p>
      <w:pPr>
        <w:spacing w:before="160" w:after="40"/>
      </w:pPr>
      <w:r>
        <w:rPr>
          <w:b/>
          <w:i w:val="0"/>
          <w:color w:val="1E6B45"/>
          <w:sz w:val="21"/>
        </w:rPr>
        <w:t>2. Оплата и залог</w:t>
      </w:r>
    </w:p>
    <w:p>
      <w:pPr>
        <w:spacing w:before="0" w:after="40"/>
      </w:pPr>
      <w:r>
        <w:rPr>
          <w:b w:val="0"/>
          <w:i w:val="0"/>
          <w:sz w:val="20"/>
        </w:rPr>
        <w:t>Стоимость: ____________ руб./сутки, всего ____________ руб. Предоплата ____________ руб.</w:t>
      </w:r>
    </w:p>
    <w:p>
      <w:pPr>
        <w:spacing w:before="0" w:after="40"/>
      </w:pPr>
      <w:r>
        <w:rPr>
          <w:b w:val="0"/>
          <w:i w:val="0"/>
          <w:sz w:val="20"/>
        </w:rPr>
        <w:t>Залог: ____________ руб. Возвращается при выезде после осмотра Дома, в течение ______ часов.</w:t>
      </w:r>
    </w:p>
    <w:p>
      <w:pPr>
        <w:spacing w:before="0" w:after="40"/>
      </w:pPr>
      <w:r>
        <w:rPr>
          <w:b w:val="0"/>
          <w:i w:val="0"/>
          <w:sz w:val="20"/>
        </w:rPr>
        <w:t>Из залога удерживается стоимость повреждённого имущества, подтверждённая чеком, прайсом или сметой.</w:t>
      </w:r>
    </w:p>
    <w:p>
      <w:pPr>
        <w:spacing w:before="160" w:after="40"/>
      </w:pPr>
      <w:r>
        <w:rPr>
          <w:b/>
          <w:i w:val="0"/>
          <w:color w:val="1E6B45"/>
          <w:sz w:val="21"/>
        </w:rPr>
        <w:t>3. Отмена брони</w:t>
      </w:r>
    </w:p>
    <w:p>
      <w:pPr>
        <w:spacing w:before="0" w:after="40"/>
        <w:jc w:val="both"/>
      </w:pPr>
      <w:r>
        <w:rPr>
          <w:b w:val="0"/>
          <w:i w:val="0"/>
          <w:sz w:val="20"/>
        </w:rPr>
        <w:t>Отказ за 14 дней и ранее — предоплата возвращается полностью; за 7–13 дней — 50%; менее 7 дней или неявка — не возвращается. Иные условия: ______________________________________________.</w:t>
      </w:r>
    </w:p>
    <w:p>
      <w:pPr>
        <w:spacing w:before="160" w:after="40"/>
      </w:pPr>
      <w:r>
        <w:rPr>
          <w:b/>
          <w:i w:val="0"/>
          <w:color w:val="1E6B45"/>
          <w:sz w:val="21"/>
        </w:rPr>
        <w:t>4. Правила</w:t>
      </w:r>
    </w:p>
    <w:p>
      <w:pPr>
        <w:spacing w:before="0" w:after="40"/>
      </w:pPr>
      <w:r>
        <w:rPr>
          <w:b w:val="0"/>
          <w:i w:val="0"/>
          <w:sz w:val="20"/>
        </w:rPr>
        <w:t>Курение ______________, животные ______________, мероприятия ______________, тишина с 23:00 до 07:00 обязательна.</w:t>
      </w:r>
    </w:p>
    <w:p>
      <w:pPr>
        <w:spacing w:before="0" w:after="40"/>
      </w:pPr>
      <w:r>
        <w:rPr>
          <w:b w:val="0"/>
          <w:i w:val="0"/>
          <w:sz w:val="20"/>
        </w:rPr>
        <w:t>Поздний выезд оплачивается: ____________ руб. за каждый начатый час.</w:t>
      </w:r>
    </w:p>
    <w:p>
      <w:pPr>
        <w:spacing w:before="160" w:after="40"/>
      </w:pPr>
      <w:r>
        <w:rPr>
          <w:b/>
          <w:i w:val="0"/>
          <w:color w:val="1E6B45"/>
          <w:sz w:val="21"/>
        </w:rPr>
        <w:t>5. Ответственность</w:t>
      </w:r>
    </w:p>
    <w:p>
      <w:pPr>
        <w:spacing w:before="0" w:after="40"/>
        <w:jc w:val="both"/>
      </w:pPr>
      <w:r>
        <w:rPr>
          <w:b w:val="0"/>
          <w:i w:val="0"/>
          <w:sz w:val="20"/>
        </w:rPr>
        <w:t>Наниматель возмещает ущерб за порчу или утрату имущества. Дом передаётся и возвращается по акту приёма-передачи (приложение). При нарушении правил Наймодатель вправе расторгнуть Договор досрочно.</w:t>
      </w:r>
    </w:p>
    <w:p>
      <w:pPr>
        <w:spacing w:before="160" w:after="40"/>
      </w:pPr>
      <w:r>
        <w:rPr>
          <w:b/>
          <w:i w:val="0"/>
          <w:color w:val="1E6B45"/>
          <w:sz w:val="21"/>
        </w:rPr>
        <w:t>6. Прочее</w:t>
      </w:r>
    </w:p>
    <w:p>
      <w:pPr>
        <w:spacing w:before="0" w:after="40"/>
        <w:jc w:val="both"/>
      </w:pPr>
      <w:r>
        <w:rPr>
          <w:b w:val="0"/>
          <w:i w:val="0"/>
          <w:sz w:val="20"/>
        </w:rPr>
        <w:t>Договор составлен в двух экземплярах, вступает в силу с момента подписания. Споры решаются путём переговоров, при недостижении согласия — в судебном порядке.</w:t>
      </w:r>
    </w:p>
    <w:p>
      <w:pPr>
        <w:spacing w:before="160" w:after="40"/>
      </w:pPr>
      <w:r>
        <w:rPr>
          <w:b/>
          <w:i w:val="0"/>
          <w:color w:val="1E6B45"/>
          <w:sz w:val="21"/>
        </w:rPr>
        <w:t>ПОДПИСИ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156"/>
        <w:gridCol w:w="5156"/>
      </w:tblGrid>
      <w:tr>
        <w:tc>
          <w:tcPr>
            <w:tcW w:type="dxa" w:w="4989"/>
            <w:shd w:val="clear" w:fill="DCEBE2"/>
          </w:tcPr>
          <w:p>
            <w:pPr>
              <w:spacing w:before="20" w:after="20"/>
              <w:jc w:val="center"/>
            </w:pPr>
            <w:r/>
            <w:r>
              <w:rPr>
                <w:rFonts w:ascii="Times New Roman" w:hAnsi="Times New Roman"/>
                <w:b/>
                <w:sz w:val="18"/>
              </w:rPr>
              <w:t>НАЙМОДАТЕЛЬ</w:t>
            </w:r>
          </w:p>
        </w:tc>
        <w:tc>
          <w:tcPr>
            <w:tcW w:type="dxa" w:w="4989"/>
            <w:shd w:val="clear" w:fill="DCEBE2"/>
          </w:tcPr>
          <w:p>
            <w:pPr>
              <w:spacing w:before="20" w:after="20"/>
              <w:jc w:val="center"/>
            </w:pPr>
            <w:r/>
            <w:r>
              <w:rPr>
                <w:rFonts w:ascii="Times New Roman" w:hAnsi="Times New Roman"/>
                <w:b/>
                <w:sz w:val="18"/>
              </w:rPr>
              <w:t>НАНИМАТЕЛЬ</w:t>
            </w:r>
          </w:p>
        </w:tc>
      </w:tr>
      <w:tr>
        <w:tc>
          <w:tcPr>
            <w:tcW w:type="dxa" w:w="4989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8"/>
              </w:rPr>
              <w:t>ФИО ____________________________________</w:t>
              <w:br/>
              <w:t>Паспорт ________________________________</w:t>
              <w:br/>
              <w:t>Телефон ________________________________</w:t>
            </w:r>
          </w:p>
        </w:tc>
        <w:tc>
          <w:tcPr>
            <w:tcW w:type="dxa" w:w="4989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8"/>
              </w:rPr>
              <w:t>ФИО ____________________________________</w:t>
              <w:br/>
              <w:t>Паспорт ________________________________</w:t>
              <w:br/>
              <w:t>Телефон ________________________________</w:t>
            </w:r>
          </w:p>
        </w:tc>
      </w:tr>
      <w:tr>
        <w:tc>
          <w:tcPr>
            <w:tcW w:type="dxa" w:w="4989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8"/>
              </w:rPr>
              <w:br/>
              <w:t>_______________ / __________________ /</w:t>
              <w:br/>
              <w:t xml:space="preserve">            подпись                    расшифровка</w:t>
            </w:r>
          </w:p>
        </w:tc>
        <w:tc>
          <w:tcPr>
            <w:tcW w:type="dxa" w:w="4989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8"/>
              </w:rPr>
              <w:br/>
              <w:t>_______________ / __________________ /</w:t>
              <w:br/>
              <w:t xml:space="preserve">            подпись                    расшифровка</w:t>
            </w:r>
          </w:p>
        </w:tc>
      </w:tr>
      <w:tr>
        <w:tc>
          <w:tcPr>
            <w:tcW w:type="dxa" w:w="4989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6"/>
              </w:rPr>
              <w:t>Экземпляр Договора получил(а): ______________</w:t>
            </w:r>
          </w:p>
        </w:tc>
        <w:tc>
          <w:tcPr>
            <w:tcW w:type="dxa" w:w="4989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6"/>
              </w:rPr>
              <w:t>Экземпляр Договора получил(а): ______________</w:t>
            </w:r>
          </w:p>
        </w:tc>
      </w:tr>
    </w:tbl>
    <w:p>
      <w:pPr>
        <w:spacing w:after="20"/>
      </w:pPr>
    </w:p>
    <w:p>
      <w:pPr>
        <w:spacing w:before="0" w:after="40"/>
      </w:pPr>
      <w:r>
        <w:rPr>
          <w:b w:val="0"/>
          <w:i w:val="0"/>
          <w:sz w:val="10"/>
        </w:rPr>
      </w:r>
    </w:p>
    <w:p>
      <w:pPr>
        <w:spacing w:before="120" w:after="40"/>
        <w:jc w:val="center"/>
      </w:pPr>
      <w:r>
        <w:rPr>
          <w:b w:val="0"/>
          <w:i w:val="0"/>
          <w:color w:val="1E6B45"/>
          <w:sz w:val="15"/>
        </w:rPr>
        <w:t>Шаблон подготовлен сервисом СмайлДом — smiledom.ru. Каталог загородных домов посуточно напрямую от владельцев: 0% комиссии с бронирований, 1 000 ₽ за год размещения. Все бланки: smiledom.ru/blog/dogovor-arendy-doma-posutochno-obrazec</w:t>
      </w:r>
    </w:p>
    <w:p>
      <w:pPr>
        <w:spacing w:before="0" w:after="40"/>
        <w:jc w:val="both"/>
      </w:pPr>
      <w:r>
        <w:rPr>
          <w:b w:val="0"/>
          <w:i/>
          <w:color w:val="777777"/>
          <w:sz w:val="14"/>
        </w:rPr>
        <w:t>Документ носит информационный характер и не является юридической консультацией. Это типовой бланк: проверьте его под свою ситуацию и вычеркните лишнее. Для нестандартных случаев (дорогая недвижимость, срок больше года, арендатор — юридическое лицо, судебный спор) договор следует показать юристу. Краткая форма не заменяет полный договор в сложных случаях — для дорогих объектов и длительных сроков используйте расширенную редакцию.</w:t>
      </w:r>
    </w:p>
    <w:sectPr w:rsidR="00FC693F" w:rsidRPr="0006063C" w:rsidSect="00034616">
      <w:pgSz w:w="12240" w:h="15840"/>
      <w:pgMar w:top="794" w:right="794" w:bottom="79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40" w:line="247" w:lineRule="auto"/>
    </w:pPr>
    <w:rPr>
      <w:rFonts w:ascii="Times New Roman" w:hAnsi="Times New Roman" w:eastAsia="Times New Roman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