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b/>
          <w:i w:val="0"/>
          <w:sz w:val="27"/>
        </w:rPr>
        <w:t>ДОГОВОР № ________</w:t>
      </w:r>
    </w:p>
    <w:p>
      <w:pPr>
        <w:spacing w:before="0" w:after="60"/>
        <w:jc w:val="center"/>
      </w:pPr>
      <w:r>
        <w:rPr>
          <w:b/>
          <w:i w:val="0"/>
          <w:sz w:val="24"/>
        </w:rPr>
        <w:t>возмездного оказания услуг по предоставлению дома для отдыха (корпоративная аренда)</w:t>
      </w:r>
    </w:p>
    <w:p>
      <w:pPr>
        <w:spacing w:before="0" w:after="100"/>
        <w:jc w:val="center"/>
      </w:pPr>
      <w:r>
        <w:rPr>
          <w:b w:val="0"/>
          <w:i/>
          <w:color w:val="777777"/>
          <w:sz w:val="17"/>
        </w:rPr>
        <w:t>Для случая, когда арендатор — организация или ИП: реквизиты, счёт на оплату, акт оказанных услуг. Три документа в одном файле.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80" w:after="40"/>
      </w:pPr>
      <w:r>
        <w:rPr>
          <w:b w:val="0"/>
          <w:i w:val="0"/>
          <w:sz w:val="20"/>
        </w:rPr>
        <w:t>Гражданин(ка) ____________________________________________________________________________________,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паспорт серия ________ № ______________, ИНН ______________________, применяющий(ая) налоговый режим НПД (самозанятый) / ИП на ______________ (нужное указать), телефон ____________________,</w:t>
      </w:r>
    </w:p>
    <w:p>
      <w:pPr>
        <w:spacing w:before="0" w:after="40"/>
      </w:pPr>
      <w:r>
        <w:rPr>
          <w:b w:val="0"/>
          <w:i/>
          <w:sz w:val="20"/>
        </w:rPr>
        <w:t>именуемый(ая) в дальнейшем «Исполнитель», с одной стороны, и</w:t>
      </w:r>
    </w:p>
    <w:p>
      <w:pPr>
        <w:spacing w:before="60" w:after="40"/>
      </w:pPr>
      <w:r>
        <w:rPr>
          <w:b w:val="0"/>
          <w:i w:val="0"/>
          <w:sz w:val="20"/>
        </w:rPr>
        <w:t>____________________________________________________________________________________________________,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ИНН ______________ КПП ______________ ОГРН ______________________, в лице 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действующего на основании ____________________, именуемое в дальнейшем «Заказчик», с другой стороны,</w:t>
      </w:r>
    </w:p>
    <w:p>
      <w:pPr>
        <w:spacing w:before="0" w:after="40"/>
      </w:pPr>
      <w:r>
        <w:rPr>
          <w:b w:val="0"/>
          <w:i/>
          <w:sz w:val="20"/>
        </w:rPr>
        <w:t>заключили настоящий Договор о нижеследующем.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1. ПРЕДМЕТ ДОГОВОРА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1.1. Исполнитель обязуется предоставить Заказчику дом для отдыха сотрудников (проведения корпоративного мероприятия) по адресу: ____________________________________________________________________________.</w:t>
      </w:r>
    </w:p>
    <w:p>
      <w:pPr>
        <w:spacing w:before="0" w:after="40"/>
      </w:pPr>
      <w:r>
        <w:rPr>
          <w:b w:val="0"/>
          <w:i w:val="0"/>
          <w:sz w:val="20"/>
        </w:rPr>
        <w:t>1.2. Период: с «____» __________ 20____ г. ______ ч. по «____» __________ 20____ г. ______ ч.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1.3. Количество участников: ______ человек. Ответственное лицо Заказчика: ____________________________, телефон ____________________.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1.4. Состав услуг: проживание, пользование баней ______, бассейном ______, мангальной зоной ______, парковкой на ______ м/м, иное ______________________.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2. ЦЕНА И ПОРЯДОК РАСЧЁТОВ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2.1. Стоимость услуг составляет ____________ руб. НДС не облагается в связи с применением Исполнителем специального налогового режима (НПД / УСН — нужное указать).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2.2. Оплата производится безналичным переводом на счёт Исполнителя на основании счёта в течение ______ банковских дней. Предоплата ______% в срок до «____» __________ 20____ г.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2.3. Исполнитель, применяющий НПД, формирует и направляет Заказчику чек в приложении «Мой налог» в день получения оплаты. Чек является документом, подтверждающим расходы Заказчика.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2.4. По окончании оказания услуг Стороны подписывают акт оказанных услуг (форма — в приложении к настоящему Договору).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3. ОБЕСПЕЧИТЕЛЬНЫЙ ПЛАТЁЖ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3.1. Заказчик вносит обеспечительный платёж ____________ руб. Платёж возвращается в течение ______ банковских дней после подписания акта при отсутствии претензий по имуществу.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3.2. Ущерб имуществу фиксируется двусторонним актом и возмещается Заказчиком на основании документов, подтверждающих стоимость восстановления.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4. ОТМЕНА БРОНИРОВАНИЯ И ВОЗВРАТ ПРЕДОПЛАТЫ</w:t>
      </w:r>
    </w:p>
    <w:p>
      <w:pPr>
        <w:spacing w:before="0" w:after="40"/>
      </w:pPr>
      <w:r>
        <w:rPr>
          <w:b w:val="0"/>
          <w:i w:val="0"/>
          <w:sz w:val="20"/>
        </w:rPr>
        <w:t>4.1. При отказе Нанимателя от бронирования предоплата возвращается в следующем размере: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657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Когда получен отказ Нанимателя</w:t>
            </w:r>
          </w:p>
        </w:tc>
        <w:tc>
          <w:tcPr>
            <w:tcW w:type="dxa" w:w="328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Возвращается предоплата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позднее чем за 14 календарных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100%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 7–13 календарных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50%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менее чем за 7 календарных дней до заезда или неявка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возвращается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иные условия, согласованные Сторонами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______________________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 w:val="0"/>
          <w:i/>
          <w:color w:val="777777"/>
          <w:sz w:val="17"/>
        </w:rPr>
        <w:t>Стороны вправе согласовать иную шкалу, вписав её в строку выше. Отказ считается полученным с момента направления сообщения на телефон или e-mail Наймодателя, указанные в Договоре.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4.2. При отказе Наймодателя от исполнения Договора (в том числе при невозможности предоставить Дом) он возвращает Нанимателю всю полученную предоплату в течение ______ дней и уплачивает компенсацию в размере ____________ руб. (при наличии соглашения Сторон).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4.3. При наступлении обстоятельств непреодолимой силы (стихийное бедствие, введение органами власти ограничений, иные обстоятельства вне контроля Сторон) Стороны согласовывают перенос дат либо Наймодатель возвращает предоплату в полном объёме.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4.4. При досрочном выезде Нанимателя по собственной инициативе оплата за неиспользованные сутки не возвращается, если Стороны не договорились об ином.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5. ОБЯЗАННОСТИ СТОРОН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Исполнитель обеспечивает соответствие дома заявленным характеристикам и его готовность к заезду;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Заказчик обеспечивает соблюдение участниками правил проживания и техники безопасности и несёт ответственность за их действия;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Заказчик назначает ответственное лицо, которое подписывает акт приёма-передачи дома и акт оказанных услуг;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Стороны обмениваются документами по электронной почте с последующим предоставлением оригиналов.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6. ПРАВИЛА ПРОЖИВАНИЯ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396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Условие</w:t>
            </w:r>
          </w:p>
        </w:tc>
        <w:tc>
          <w:tcPr>
            <w:tcW w:type="dxa" w:w="351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Разрешено / запрещено</w:t>
            </w:r>
          </w:p>
        </w:tc>
        <w:tc>
          <w:tcPr>
            <w:tcW w:type="dxa" w:w="238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Примечание, доплата</w:t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в доме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на территории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Домашние животные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Мероприятия, банкеты, вечеринки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Коммерческие фото- и видеосъёмки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Приглашение гостей без ночёвки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Использование пиротехники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Тишина с 23:00 до 07:00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обязательна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0" w:after="40"/>
        <w:jc w:val="both"/>
      </w:pPr>
      <w:r>
        <w:rPr>
          <w:b w:val="0"/>
          <w:i w:val="0"/>
          <w:sz w:val="20"/>
        </w:rPr>
        <w:t>6.1. Нарушение условий настоящего раздела является существенным нарушением Договора и даёт Наймодателю право на досрочное расторжение с оплатой фактически прожитого времени и удержанием документально подтверждённого ущерба.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7. ОТВЕТСТВЕННОСТЬ И ВОЗМЕЩЕНИЕ УЩЕРБА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7.1. Наниматель несёт материальную ответственность за повреждение или утрату имущества Наймодателя, произошедшие в период проживания по вине Нанимателя или лиц, проживающих вместе с ним.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7.2. Факт и объём ущерба фиксируются в акте приёма-передачи при выезде, стоимость восстановления подтверждается чеком, счётом, прайсом или сметой.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7.3. Ущерб возмещается за счёт залога; при недостаточности залога Наниматель возмещает разницу в течение ______ календарных дней с даты получения расчёта.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7.4. Наймодатель несёт ответственность за скрытые недостатки Дома и неисправность оборудования, о которых он не предупредил Нанимателя.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7.5. Стороны освобождаются от ответственности при обстоятельствах непреодолимой силы.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8. ПЕРСОНАЛЬНЫЕ ДАННЫЕ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8.1. Стороны обрабатывают персональные данные друг друга исключительно в целях исполнения настоящего Договора.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8.2. Подписывая Договор, Стороны дают согласие на обработку указанных в нём персональных данных на срок до истечения 3 (трёх) лет с даты окончания проживания.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8.3. Копии и фотографии документов, удостоверяющих личность, не изготавливаются и не хранятся, если Стороны не согласовали иное в письменной форме.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8.4. Передача персональных данных третьим лицам не допускается, за исключением случаев, предусмотренных законом.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9. ПОРЯДОК РАЗРЕШЕНИЯ СПОРОВ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9.1. Стороны принимают меры к урегулированию разногласий путём переговоров.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9.2. До обращения в суд Сторона направляет другой Стороне письменную претензию. Срок ответа на претензию — 10 (десять) календарных дней с даты её получения.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9.3. Сообщения, направленные по номерам телефонов и адресам электронной почты, указанным в Договоре, включая сообщения в мессенджерах, признаются Сторонами надлежащим уведомлением.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9.4. При недостижении согласия спор передаётся на рассмотрение суда в порядке, установленном законодательством Российской Федерации.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10. ПРОЧИЕ УСЛОВИЯ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10.1. Договор составлен в двух экземплярах. 10.2. Приложения: № 1 — акт приёма-передачи дома; № 2 — форма акта оказанных услуг; № 3 — счёт на оплату.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РЕКВИЗИТЫ И ПОДПИСИ СТОРОН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ИСПОЛНИТЕЛЬ</w:t>
            </w:r>
          </w:p>
        </w:tc>
        <w:tc>
          <w:tcPr>
            <w:tcW w:type="dxa" w:w="515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ЗАКАЗЧИК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ИНН ____________________________________</w:t>
              <w:br/>
              <w:t>Телефон ________________________________</w:t>
              <w:br/>
              <w:t>Банк ___________________________________</w:t>
              <w:br/>
              <w:t>Р/с ____________________________________</w:t>
              <w:br/>
              <w:t>БИК ____________________________________</w:t>
              <w:br/>
              <w:br/>
              <w:t>____________ / __________________ /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Наименование ___________________________</w:t>
              <w:br/>
              <w:t>ИНН / КПП ______________________________</w:t>
              <w:br/>
              <w:t>Юр. адрес ______________________________</w:t>
              <w:br/>
              <w:t>Банк ___________________________________</w:t>
              <w:br/>
              <w:t>Р/с ____________________________________</w:t>
              <w:br/>
              <w:t>БИК ____________________________________</w:t>
              <w:br/>
              <w:br/>
              <w:t>____________ / __________________ /</w:t>
              <w:br/>
              <w:t xml:space="preserve">                                             М.П.</w:t>
            </w:r>
          </w:p>
        </w:tc>
      </w:tr>
    </w:tbl>
    <w:p/>
    <w:p>
      <w:r>
        <w:br w:type="page"/>
      </w:r>
    </w:p>
    <w:p>
      <w:pPr>
        <w:spacing w:before="0" w:after="20"/>
        <w:jc w:val="center"/>
      </w:pPr>
      <w:r>
        <w:rPr>
          <w:b/>
          <w:i w:val="0"/>
          <w:sz w:val="27"/>
        </w:rPr>
        <w:t>АКТ № ________ ОКАЗАННЫХ УСЛУГ</w:t>
      </w:r>
    </w:p>
    <w:p>
      <w:pPr>
        <w:spacing w:before="0" w:after="60"/>
        <w:jc w:val="center"/>
      </w:pPr>
      <w:r>
        <w:rPr>
          <w:b/>
          <w:i w:val="0"/>
          <w:sz w:val="24"/>
        </w:rPr>
        <w:t>Приложение № 2 к Договору № ________ от «____» __________ 20____ г.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0" w:after="40"/>
      </w:pPr>
      <w:r>
        <w:rPr>
          <w:b w:val="0"/>
          <w:i w:val="0"/>
          <w:sz w:val="20"/>
        </w:rPr>
        <w:t>Исполнитель: ______________________________________________________ ИНН 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Заказчик: _________________________________________________________ ИНН ______________________</w:t>
      </w:r>
    </w:p>
    <w:p>
      <w:pPr>
        <w:spacing w:before="80" w:after="40"/>
        <w:jc w:val="both"/>
      </w:pPr>
      <w:r>
        <w:rPr>
          <w:b w:val="0"/>
          <w:i w:val="0"/>
          <w:sz w:val="20"/>
        </w:rPr>
        <w:t>Настоящий акт составлен о том, что Исполнитель оказал, а Заказчик принял следующие услуги: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19"/>
        <w:gridCol w:w="1719"/>
        <w:gridCol w:w="1719"/>
        <w:gridCol w:w="1719"/>
        <w:gridCol w:w="1719"/>
        <w:gridCol w:w="1719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4762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Наименование услуги</w:t>
            </w:r>
          </w:p>
        </w:tc>
        <w:tc>
          <w:tcPr>
            <w:tcW w:type="dxa" w:w="107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Ед. изм.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Кол-во</w:t>
            </w:r>
          </w:p>
        </w:tc>
        <w:tc>
          <w:tcPr>
            <w:tcW w:type="dxa" w:w="124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Цена, ₽</w:t>
            </w:r>
          </w:p>
        </w:tc>
        <w:tc>
          <w:tcPr>
            <w:tcW w:type="dxa" w:w="136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Сумма, ₽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476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Предоставление дома для отдыха по адресу ______________</w:t>
            </w:r>
          </w:p>
        </w:tc>
        <w:tc>
          <w:tcPr>
            <w:tcW w:type="dxa" w:w="107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сутки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476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Пользование баней (сауной)</w:t>
            </w:r>
          </w:p>
        </w:tc>
        <w:tc>
          <w:tcPr>
            <w:tcW w:type="dxa" w:w="107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час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476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Пользование купелью-чаном, бассейном</w:t>
            </w:r>
          </w:p>
        </w:tc>
        <w:tc>
          <w:tcPr>
            <w:tcW w:type="dxa" w:w="107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услуга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476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07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24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/>
          <w:i w:val="0"/>
          <w:sz w:val="20"/>
        </w:rPr>
        <w:t>ИТОГО: ____________ руб. НДС не облагается (специальный налоговый режим Исполнителя).</w:t>
      </w:r>
    </w:p>
    <w:p>
      <w:pPr>
        <w:spacing w:before="60" w:after="40"/>
        <w:jc w:val="both"/>
      </w:pPr>
      <w:r>
        <w:rPr>
          <w:b w:val="0"/>
          <w:i w:val="0"/>
          <w:sz w:val="20"/>
        </w:rPr>
        <w:t>Услуги оказаны в полном объёме и в срок. Стороны претензий друг к другу не имеют.</w:t>
      </w:r>
    </w:p>
    <w:p>
      <w:pPr>
        <w:spacing w:before="0" w:after="40"/>
      </w:pPr>
      <w:r>
        <w:rPr>
          <w:b w:val="0"/>
          <w:i w:val="0"/>
          <w:sz w:val="20"/>
        </w:rPr>
        <w:t>Чек НПД № ______________ от «____» __________ 20____ г. направлен Заказчику (при применении режима НПД).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НАЙМОДАТЕЛЬ</w:t>
            </w:r>
          </w:p>
        </w:tc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ЗАКАЗЧИК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0" w:after="20"/>
        <w:jc w:val="center"/>
      </w:pPr>
      <w:r>
        <w:rPr>
          <w:b/>
          <w:i w:val="0"/>
          <w:sz w:val="27"/>
        </w:rPr>
        <w:t>СЧЁТ № ________ от «____» __________ 20____ г.</w:t>
      </w:r>
    </w:p>
    <w:p>
      <w:pPr>
        <w:spacing w:before="0" w:after="60"/>
        <w:jc w:val="center"/>
      </w:pPr>
      <w:r>
        <w:rPr>
          <w:b/>
          <w:i w:val="0"/>
          <w:sz w:val="24"/>
        </w:rPr>
        <w:t>Приложение № 3 к Договору № ________</w:t>
      </w:r>
    </w:p>
    <w:p>
      <w:pPr>
        <w:spacing w:before="0" w:after="40"/>
      </w:pPr>
      <w:r>
        <w:rPr>
          <w:b w:val="0"/>
          <w:i w:val="0"/>
          <w:sz w:val="20"/>
        </w:rPr>
        <w:t>Получатель: ______________________________________________ ИНН 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Банк получателя: __________________________________________ БИК 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Расчётный счёт: ______________________________ Корр. счёт: 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Плательщик: ______________________________________________ ИНН 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19"/>
        <w:gridCol w:w="1719"/>
        <w:gridCol w:w="1719"/>
        <w:gridCol w:w="1719"/>
        <w:gridCol w:w="1719"/>
        <w:gridCol w:w="1719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4762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Наименование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Кол-во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Ед.</w:t>
            </w:r>
          </w:p>
        </w:tc>
        <w:tc>
          <w:tcPr>
            <w:tcW w:type="dxa" w:w="136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Цена, ₽</w:t>
            </w:r>
          </w:p>
        </w:tc>
        <w:tc>
          <w:tcPr>
            <w:tcW w:type="dxa" w:w="141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Сумма, ₽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476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Услуги по предоставлению дома для отдыха по договору № ______ от ______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сутки</w:t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476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60" w:after="40"/>
      </w:pPr>
      <w:r>
        <w:rPr>
          <w:b/>
          <w:i w:val="0"/>
          <w:sz w:val="20"/>
        </w:rPr>
        <w:t>Всего к оплате: ____________ руб. (____________________________________________________ рублей 00 копеек).</w:t>
      </w:r>
    </w:p>
    <w:p>
      <w:pPr>
        <w:spacing w:before="0" w:after="40"/>
      </w:pPr>
      <w:r>
        <w:rPr>
          <w:b w:val="0"/>
          <w:i w:val="0"/>
          <w:sz w:val="20"/>
        </w:rPr>
        <w:t>НДС не облагается в связи с применением специального налогового режима.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Назначение платежа: оплата по договору № ______ от «____» __________ 20____ г. за услуги проживания. Без НДС.</w:t>
      </w:r>
    </w:p>
    <w:p>
      <w:pPr>
        <w:spacing w:before="0" w:after="40"/>
      </w:pPr>
      <w:r>
        <w:rPr>
          <w:b w:val="0"/>
          <w:i/>
          <w:color w:val="777777"/>
          <w:sz w:val="20"/>
        </w:rPr>
        <w:t>Счёт действителен к оплате до «____» __________ 20____ г.</w:t>
      </w:r>
    </w:p>
    <w:p>
      <w:pPr>
        <w:spacing w:before="0" w:after="40"/>
      </w:pPr>
      <w:r>
        <w:rPr>
          <w:b w:val="0"/>
          <w:i w:val="0"/>
          <w:sz w:val="16"/>
        </w:rPr>
      </w:r>
    </w:p>
    <w:p>
      <w:pPr>
        <w:spacing w:before="0" w:after="40"/>
      </w:pPr>
      <w:r>
        <w:rPr>
          <w:b w:val="0"/>
          <w:i w:val="0"/>
          <w:sz w:val="20"/>
        </w:rPr>
        <w:t>Исполнитель ____________________ / ______________________ /</w:t>
      </w:r>
    </w:p>
    <w:p>
      <w:pPr>
        <w:spacing w:before="0" w:after="40"/>
      </w:pPr>
      <w:r>
        <w:rPr>
          <w:b w:val="0"/>
          <w:i w:val="0"/>
          <w:sz w:val="10"/>
        </w:rPr>
      </w:r>
    </w:p>
    <w:p>
      <w:pPr>
        <w:spacing w:before="120" w:after="40"/>
        <w:jc w:val="center"/>
      </w:pPr>
      <w:r>
        <w:rPr>
          <w:b w:val="0"/>
          <w:i w:val="0"/>
          <w:color w:val="1E6B45"/>
          <w:sz w:val="15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Все бланки: smiledom.ru/blog/dogovor-arendy-doma-posutochno-obrazec</w:t>
      </w:r>
    </w:p>
    <w:p>
      <w:pPr>
        <w:spacing w:before="0" w:after="40"/>
        <w:jc w:val="both"/>
      </w:pPr>
      <w:r>
        <w:rPr>
          <w:b w:val="0"/>
          <w:i/>
          <w:color w:val="777777"/>
          <w:sz w:val="14"/>
        </w:rPr>
        <w:t>Документ носит информационный характер и не является юридической консультацией. Это типовой бланк: проверьте его под свою ситуацию и вычеркните лишнее. Для нестандартных случаев (дорогая недвижимость, срок больше года, арендатор — юридическое лицо, судебный спор) договор следует показать юристу. Организация вправе принять к расходам оплату проживания сотрудников при наличии договора, акта и подтверждающего платёж документа (чека НПД или платёжного поручения). Порядок учёта уточняйте у своего бухгалтера.</w:t>
      </w:r>
    </w:p>
    <w:sectPr w:rsidR="00FC693F" w:rsidRPr="0006063C" w:rsidSect="00034616">
      <w:pgSz w:w="12240" w:h="15840"/>
      <w:pgMar w:top="794" w:right="79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