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⚖️  Нормы: сколько чего брать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Одна страница с расчётом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Таблица расхода на человека и на компанию 8 человек: мясо, уголь, дрова, вода, лёд, посуда, мусорные пакеты.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0.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